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4E2E7" w14:textId="77777777" w:rsidR="00932208" w:rsidRDefault="00CF5137">
      <w:pPr>
        <w:spacing w:after="60" w:line="259" w:lineRule="auto"/>
      </w:pPr>
      <w:r>
        <w:rPr>
          <w:b/>
          <w:color w:val="3F3F3F"/>
          <w:sz w:val="40"/>
        </w:rPr>
        <w:t>Spørgeskema om livet i [LANDSBYNAVN]</w:t>
      </w:r>
    </w:p>
    <w:p w14:paraId="7BB1791A" w14:textId="77777777" w:rsidR="00932208" w:rsidRDefault="00CF5137">
      <w:pPr>
        <w:spacing w:after="160" w:line="259" w:lineRule="auto"/>
      </w:pPr>
      <w:r>
        <w:rPr>
          <w:i/>
          <w:color w:val="666666"/>
          <w:sz w:val="23"/>
        </w:rPr>
        <w:t>Et neutralt spørgeskema til brug i forskellige landsbyer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932208" w14:paraId="40C2FD92" w14:textId="77777777">
        <w:trPr>
          <w:jc w:val="center"/>
        </w:trPr>
        <w:tc>
          <w:tcPr>
            <w:tcW w:w="10312" w:type="dxa"/>
            <w:shd w:val="clear" w:color="auto" w:fill="F4F6F4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27FDBB2" w14:textId="77777777" w:rsidR="00932208" w:rsidRDefault="00CF5137">
            <w:pPr>
              <w:spacing w:after="0" w:line="269" w:lineRule="auto"/>
            </w:pPr>
            <w:r>
              <w:rPr>
                <w:color w:val="3F3F3F"/>
              </w:rPr>
              <w:t>Vi vil gerne blive klogere på, hvordan det er at bo og leve i [LANDSBYNAVN], hvad der fungerer godt, hvad der kan forbedres, og hvilke ønsker der er til landsbyens fremtid.</w:t>
            </w:r>
          </w:p>
          <w:p w14:paraId="5E1C223D" w14:textId="77777777" w:rsidR="00932208" w:rsidRDefault="00CF5137">
            <w:pPr>
              <w:spacing w:after="0" w:line="269" w:lineRule="auto"/>
            </w:pPr>
            <w:r>
              <w:rPr>
                <w:color w:val="3F3F3F"/>
              </w:rPr>
              <w:t>Der findes ikke rigtige eller forkerte svar. Vi er interesserede i både positive og kritiske synspunkter. Det tager ca. 8-10 minutter at besvare spørgeskemaet.</w:t>
            </w:r>
          </w:p>
          <w:p w14:paraId="785A718C" w14:textId="77777777" w:rsidR="00932208" w:rsidRDefault="00CF5137">
            <w:pPr>
              <w:spacing w:after="0" w:line="269" w:lineRule="auto"/>
            </w:pPr>
            <w:r>
              <w:rPr>
                <w:color w:val="3F3F3F"/>
              </w:rPr>
              <w:t>Besvarelserne vil blive brugt som input til arbejdet med [udviklingsplan / fremtidsværksted / lokal udviklingsproces].</w:t>
            </w:r>
          </w:p>
        </w:tc>
      </w:tr>
    </w:tbl>
    <w:p w14:paraId="1386B1AB" w14:textId="77777777" w:rsidR="00932208" w:rsidRDefault="00932208">
      <w:pPr>
        <w:spacing w:after="0"/>
      </w:pPr>
    </w:p>
    <w:p w14:paraId="315AA89E" w14:textId="77777777" w:rsidR="00932208" w:rsidRDefault="00CF5137">
      <w:pPr>
        <w:keepNext/>
        <w:pBdr>
          <w:bottom w:val="single" w:sz="8" w:space="3" w:color="D9E5DE"/>
        </w:pBdr>
        <w:spacing w:before="140" w:after="100" w:line="259" w:lineRule="auto"/>
      </w:pPr>
      <w:r>
        <w:rPr>
          <w:b/>
          <w:color w:val="4F8A6B"/>
          <w:sz w:val="28"/>
        </w:rPr>
        <w:t>1. Din tilknytning til landsbyen</w:t>
      </w:r>
    </w:p>
    <w:p w14:paraId="7E03716A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1. Hvad er din tilknytning til [LANDSBYNAVN]?</w:t>
      </w:r>
    </w:p>
    <w:p w14:paraId="6522DC4D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Du kan sætte flere krydser.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32208" w14:paraId="5FEEF5A3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56A6C4A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Jeg bor fast i landsbyen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EC8FF17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Jeg bor i området omkring landsbyen</w:t>
            </w:r>
          </w:p>
        </w:tc>
      </w:tr>
      <w:tr w:rsidR="00932208" w14:paraId="7A8FE916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6D5257B6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Jeg har fritids-/sommerhus her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AFBD7BB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Jeg arbejder eller driver virksomhed her</w:t>
            </w:r>
          </w:p>
        </w:tc>
      </w:tr>
      <w:tr w:rsidR="00932208" w14:paraId="25C5A16F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DEDEE1E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Jeg har familie eller anden tæt tilknytning til området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2BD5024A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Andet: __________________________</w:t>
            </w:r>
          </w:p>
        </w:tc>
      </w:tr>
    </w:tbl>
    <w:p w14:paraId="29CEDCEB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2. Hvor længe har du haft tilknytning til [LANDSBYNAVN]?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32208" w14:paraId="541CCCFA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FFDE2AF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Under 2 år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49EE4012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2-5 år</w:t>
            </w:r>
          </w:p>
        </w:tc>
      </w:tr>
      <w:tr w:rsidR="00932208" w14:paraId="14BE8332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6FF075DF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6-15 år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6E6F128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16-30 år</w:t>
            </w:r>
          </w:p>
        </w:tc>
      </w:tr>
      <w:tr w:rsidR="00932208" w14:paraId="0D4F890D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6BBBCBC9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Mere end 30 år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E85C7D2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Jeg er født/opvokset her</w:t>
            </w:r>
          </w:p>
        </w:tc>
      </w:tr>
    </w:tbl>
    <w:p w14:paraId="3F496F52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3. Hvilken aldersgruppe tilhører du?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32208" w14:paraId="62CA66BF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F406E15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Under 18 år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65CC1EE7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18-29 år</w:t>
            </w:r>
          </w:p>
        </w:tc>
      </w:tr>
      <w:tr w:rsidR="00932208" w14:paraId="480C38B9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9D49DA2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30-44 år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CB00713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45-59 år</w:t>
            </w:r>
          </w:p>
        </w:tc>
      </w:tr>
      <w:tr w:rsidR="00932208" w14:paraId="3D47E2BA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7E8DC5D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60-74 år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B5A9661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75 år eller derover</w:t>
            </w:r>
          </w:p>
        </w:tc>
      </w:tr>
      <w:tr w:rsidR="00932208" w14:paraId="6C772573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9D1CB19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Ønsker ikke at oplyse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5069232C" w14:textId="77777777" w:rsidR="00932208" w:rsidRDefault="00932208"/>
        </w:tc>
      </w:tr>
    </w:tbl>
    <w:p w14:paraId="31E49E25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4. Hvad var vigtigt for, at du kom til eller blev boende i området?</w:t>
      </w:r>
    </w:p>
    <w:p w14:paraId="2A93C48A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Vælg gerne flere.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32208" w14:paraId="656441C2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1E7A679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Familie eller anden tilknytning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2EEA163F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Boligen</w:t>
            </w:r>
          </w:p>
        </w:tc>
      </w:tr>
      <w:tr w:rsidR="00932208" w14:paraId="5EF9D0CF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23B9C46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Boligprisen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3E6F961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Natur og landskab</w:t>
            </w:r>
          </w:p>
        </w:tc>
      </w:tr>
      <w:tr w:rsidR="00932208" w14:paraId="2A6FB053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0CC757C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Ro og omgivelser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2EC3D92F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Fællesskab og lokalt liv</w:t>
            </w:r>
          </w:p>
        </w:tc>
      </w:tr>
      <w:tr w:rsidR="00932208" w14:paraId="01509338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9CC283C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Skole, dagtilbud eller muligheder for børn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48305598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Arbejde eller erhverv</w:t>
            </w:r>
          </w:p>
        </w:tc>
      </w:tr>
      <w:tr w:rsidR="00932208" w14:paraId="1BFC47D5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B2C8D82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Transportmuligheder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473D769D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Fritids- og kulturtilbud</w:t>
            </w:r>
          </w:p>
        </w:tc>
      </w:tr>
      <w:tr w:rsidR="00932208" w14:paraId="471C1B27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85C69A1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Jeg er født/opvokset her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4C4D289E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Tilfældigheder</w:t>
            </w:r>
          </w:p>
        </w:tc>
      </w:tr>
      <w:tr w:rsidR="00932208" w14:paraId="1D4E0009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C4A7446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Andet: __________________________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6F5B5162" w14:textId="77777777" w:rsidR="00932208" w:rsidRDefault="00932208"/>
        </w:tc>
      </w:tr>
    </w:tbl>
    <w:p w14:paraId="54640E3E" w14:textId="77777777" w:rsidR="00932208" w:rsidRDefault="00CF5137">
      <w:pPr>
        <w:keepNext/>
        <w:pBdr>
          <w:bottom w:val="single" w:sz="8" w:space="3" w:color="D9E5DE"/>
        </w:pBdr>
        <w:spacing w:before="140" w:after="100" w:line="259" w:lineRule="auto"/>
      </w:pPr>
      <w:r>
        <w:rPr>
          <w:b/>
          <w:color w:val="4F8A6B"/>
          <w:sz w:val="28"/>
        </w:rPr>
        <w:t>2. Hvad kendetegner landsbyen?</w:t>
      </w:r>
    </w:p>
    <w:p w14:paraId="1D834A79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5. Hvis du skulle beskrive [LANDSBYNAVN] med tre ord, hvilke ville du vælge?</w:t>
      </w:r>
    </w:p>
    <w:p w14:paraId="50CCD7A7" w14:textId="77777777" w:rsidR="00932208" w:rsidRDefault="00CF5137">
      <w:pPr>
        <w:spacing w:after="40" w:line="259" w:lineRule="auto"/>
        <w:ind w:left="113"/>
      </w:pPr>
      <w:r>
        <w:rPr>
          <w:b/>
          <w:color w:val="666666"/>
          <w:sz w:val="20"/>
        </w:rPr>
        <w:t xml:space="preserve">1.  </w:t>
      </w:r>
      <w:r>
        <w:rPr>
          <w:color w:val="AAAAAA"/>
          <w:sz w:val="18"/>
        </w:rPr>
        <w:t>____________________________________________________________________________________________</w:t>
      </w:r>
    </w:p>
    <w:p w14:paraId="5D79F762" w14:textId="77777777" w:rsidR="00932208" w:rsidRDefault="00CF5137">
      <w:pPr>
        <w:spacing w:after="40" w:line="259" w:lineRule="auto"/>
        <w:ind w:left="113"/>
      </w:pPr>
      <w:r>
        <w:rPr>
          <w:b/>
          <w:color w:val="666666"/>
          <w:sz w:val="20"/>
        </w:rPr>
        <w:t xml:space="preserve">2.  </w:t>
      </w:r>
      <w:r>
        <w:rPr>
          <w:color w:val="AAAAAA"/>
          <w:sz w:val="18"/>
        </w:rPr>
        <w:t>____________________________________________________________________________________________</w:t>
      </w:r>
    </w:p>
    <w:p w14:paraId="2B146303" w14:textId="77777777" w:rsidR="00932208" w:rsidRDefault="00CF5137">
      <w:pPr>
        <w:spacing w:after="40" w:line="259" w:lineRule="auto"/>
        <w:ind w:left="113"/>
      </w:pPr>
      <w:r>
        <w:rPr>
          <w:b/>
          <w:color w:val="666666"/>
          <w:sz w:val="20"/>
        </w:rPr>
        <w:lastRenderedPageBreak/>
        <w:t xml:space="preserve">3.  </w:t>
      </w:r>
      <w:r>
        <w:rPr>
          <w:color w:val="AAAAAA"/>
          <w:sz w:val="18"/>
        </w:rPr>
        <w:t>____________________________________________________________________________________________</w:t>
      </w:r>
    </w:p>
    <w:p w14:paraId="48273FF5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6. Hvad synes du er de største kvaliteter ved [LANDSBYNAVN]?</w:t>
      </w:r>
    </w:p>
    <w:p w14:paraId="24CD79FD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Beskriv gerne steder, mennesker, fællesskaber, natur, aktiviteter, historie eller andet.</w:t>
      </w:r>
    </w:p>
    <w:p w14:paraId="79CDAC88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6260E480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3A2AEF85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1C33A62C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047AAC32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712CB534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5B309130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713EBDAB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7. Er der et sted, en begivenhed, en tradition eller en historie, som efter din mening siger noget særligt om [LANDSBYNAVN]?</w:t>
      </w:r>
    </w:p>
    <w:p w14:paraId="0EFF4428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71E66FE5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305F9B54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5ED6B829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6E63E425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093444D3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3540FCFD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19364171" w14:textId="77777777" w:rsidR="00932208" w:rsidRDefault="00CF5137">
      <w:r>
        <w:br w:type="page"/>
      </w:r>
    </w:p>
    <w:p w14:paraId="5179431F" w14:textId="77777777" w:rsidR="00932208" w:rsidRDefault="00CF5137">
      <w:pPr>
        <w:keepNext/>
        <w:pBdr>
          <w:bottom w:val="single" w:sz="8" w:space="3" w:color="D9E5DE"/>
        </w:pBdr>
        <w:spacing w:before="140" w:after="100" w:line="259" w:lineRule="auto"/>
      </w:pPr>
      <w:r>
        <w:rPr>
          <w:b/>
          <w:color w:val="4F8A6B"/>
          <w:sz w:val="28"/>
        </w:rPr>
        <w:lastRenderedPageBreak/>
        <w:t>3. Hverdagsliv og fællesskab</w:t>
      </w:r>
    </w:p>
    <w:p w14:paraId="3410E982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8. Hvordan oplever du følgende forhold i [LANDSBYNAVN]?</w:t>
      </w:r>
    </w:p>
    <w:p w14:paraId="07DAF3A0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Sæt ét kryds på hver linje.</w:t>
      </w:r>
    </w:p>
    <w:tbl>
      <w:tblPr>
        <w:tblStyle w:val="Tabel-Git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020"/>
        <w:gridCol w:w="879"/>
        <w:gridCol w:w="1276"/>
        <w:gridCol w:w="879"/>
        <w:gridCol w:w="1134"/>
        <w:gridCol w:w="907"/>
      </w:tblGrid>
      <w:tr w:rsidR="00932208" w14:paraId="39DA717C" w14:textId="77777777">
        <w:trPr>
          <w:cantSplit/>
          <w:tblHeader/>
          <w:jc w:val="center"/>
        </w:trPr>
        <w:tc>
          <w:tcPr>
            <w:tcW w:w="3402" w:type="dxa"/>
            <w:shd w:val="clear" w:color="auto" w:fill="4F8A6B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5C0FAF7" w14:textId="77777777" w:rsidR="00932208" w:rsidRDefault="00CF5137">
            <w:pPr>
              <w:jc w:val="center"/>
            </w:pPr>
            <w:r>
              <w:rPr>
                <w:b/>
                <w:color w:val="FFFFFF"/>
                <w:sz w:val="15"/>
              </w:rPr>
              <w:t>Forhold</w:t>
            </w:r>
          </w:p>
        </w:tc>
        <w:tc>
          <w:tcPr>
            <w:tcW w:w="1020" w:type="dxa"/>
            <w:shd w:val="clear" w:color="auto" w:fill="4F8A6B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0768DEA1" w14:textId="77777777" w:rsidR="00932208" w:rsidRDefault="00CF5137">
            <w:pPr>
              <w:jc w:val="center"/>
            </w:pPr>
            <w:r>
              <w:rPr>
                <w:b/>
                <w:color w:val="FFFFFF"/>
                <w:sz w:val="15"/>
              </w:rPr>
              <w:t>Meget</w:t>
            </w:r>
            <w:r>
              <w:rPr>
                <w:b/>
                <w:color w:val="FFFFFF"/>
                <w:sz w:val="15"/>
              </w:rPr>
              <w:br/>
              <w:t>godt</w:t>
            </w:r>
          </w:p>
        </w:tc>
        <w:tc>
          <w:tcPr>
            <w:tcW w:w="879" w:type="dxa"/>
            <w:shd w:val="clear" w:color="auto" w:fill="4F8A6B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D317491" w14:textId="77777777" w:rsidR="00932208" w:rsidRDefault="00CF5137">
            <w:pPr>
              <w:jc w:val="center"/>
            </w:pPr>
            <w:r>
              <w:rPr>
                <w:b/>
                <w:color w:val="FFFFFF"/>
                <w:sz w:val="15"/>
              </w:rPr>
              <w:t>Godt</w:t>
            </w:r>
          </w:p>
        </w:tc>
        <w:tc>
          <w:tcPr>
            <w:tcW w:w="1276" w:type="dxa"/>
            <w:shd w:val="clear" w:color="auto" w:fill="4F8A6B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4D51D3B7" w14:textId="77777777" w:rsidR="00932208" w:rsidRDefault="00CF5137">
            <w:pPr>
              <w:jc w:val="center"/>
            </w:pPr>
            <w:r>
              <w:rPr>
                <w:b/>
                <w:color w:val="FFFFFF"/>
                <w:sz w:val="15"/>
              </w:rPr>
              <w:t>Hverken/</w:t>
            </w:r>
            <w:r>
              <w:rPr>
                <w:b/>
                <w:color w:val="FFFFFF"/>
                <w:sz w:val="15"/>
              </w:rPr>
              <w:br/>
              <w:t>eller</w:t>
            </w:r>
          </w:p>
        </w:tc>
        <w:tc>
          <w:tcPr>
            <w:tcW w:w="879" w:type="dxa"/>
            <w:shd w:val="clear" w:color="auto" w:fill="4F8A6B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5733E2AE" w14:textId="77777777" w:rsidR="00932208" w:rsidRDefault="00CF5137">
            <w:pPr>
              <w:jc w:val="center"/>
            </w:pPr>
            <w:r>
              <w:rPr>
                <w:b/>
                <w:color w:val="FFFFFF"/>
                <w:sz w:val="15"/>
              </w:rPr>
              <w:t>Dårligt</w:t>
            </w:r>
          </w:p>
        </w:tc>
        <w:tc>
          <w:tcPr>
            <w:tcW w:w="1134" w:type="dxa"/>
            <w:shd w:val="clear" w:color="auto" w:fill="4F8A6B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7C8C06D2" w14:textId="77777777" w:rsidR="00932208" w:rsidRDefault="00CF5137">
            <w:pPr>
              <w:jc w:val="center"/>
            </w:pPr>
            <w:r>
              <w:rPr>
                <w:b/>
                <w:color w:val="FFFFFF"/>
                <w:sz w:val="15"/>
              </w:rPr>
              <w:t>Meget</w:t>
            </w:r>
            <w:r>
              <w:rPr>
                <w:b/>
                <w:color w:val="FFFFFF"/>
                <w:sz w:val="15"/>
              </w:rPr>
              <w:br/>
              <w:t>dårligt</w:t>
            </w:r>
          </w:p>
        </w:tc>
        <w:tc>
          <w:tcPr>
            <w:tcW w:w="907" w:type="dxa"/>
            <w:shd w:val="clear" w:color="auto" w:fill="4F8A6B"/>
            <w:tcMar>
              <w:top w:w="45" w:type="dxa"/>
              <w:left w:w="35" w:type="dxa"/>
              <w:bottom w:w="45" w:type="dxa"/>
              <w:right w:w="35" w:type="dxa"/>
            </w:tcMar>
            <w:vAlign w:val="center"/>
          </w:tcPr>
          <w:p w14:paraId="22EEAFC9" w14:textId="77777777" w:rsidR="00932208" w:rsidRDefault="00CF5137">
            <w:pPr>
              <w:jc w:val="center"/>
            </w:pPr>
            <w:r>
              <w:rPr>
                <w:b/>
                <w:color w:val="FFFFFF"/>
                <w:sz w:val="15"/>
              </w:rPr>
              <w:t>Ved</w:t>
            </w:r>
            <w:r>
              <w:rPr>
                <w:b/>
                <w:color w:val="FFFFFF"/>
                <w:sz w:val="15"/>
              </w:rPr>
              <w:br/>
              <w:t>ikke</w:t>
            </w:r>
          </w:p>
        </w:tc>
      </w:tr>
      <w:tr w:rsidR="00932208" w14:paraId="7A3E60F2" w14:textId="77777777">
        <w:trPr>
          <w:cantSplit/>
          <w:jc w:val="center"/>
        </w:trPr>
        <w:tc>
          <w:tcPr>
            <w:tcW w:w="340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C40761F" w14:textId="77777777" w:rsidR="00932208" w:rsidRDefault="00CF5137">
            <w:r>
              <w:rPr>
                <w:sz w:val="17"/>
              </w:rPr>
              <w:t>Fællesskab og naboskab</w:t>
            </w:r>
          </w:p>
        </w:tc>
        <w:tc>
          <w:tcPr>
            <w:tcW w:w="102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002F19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1B8F86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5DDF6C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A51009C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913A5D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E78C584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7A860D5E" w14:textId="77777777">
        <w:trPr>
          <w:cantSplit/>
          <w:jc w:val="center"/>
        </w:trPr>
        <w:tc>
          <w:tcPr>
            <w:tcW w:w="3402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1A17D4" w14:textId="77777777" w:rsidR="00932208" w:rsidRDefault="00CF5137">
            <w:r>
              <w:rPr>
                <w:sz w:val="17"/>
              </w:rPr>
              <w:t>Muligheder for at møde andre</w:t>
            </w:r>
          </w:p>
        </w:tc>
        <w:tc>
          <w:tcPr>
            <w:tcW w:w="1020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210F9DA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04E183C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0468FA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73BF49F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2243B46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302B928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381E25AF" w14:textId="77777777">
        <w:trPr>
          <w:cantSplit/>
          <w:jc w:val="center"/>
        </w:trPr>
        <w:tc>
          <w:tcPr>
            <w:tcW w:w="340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3BBC730" w14:textId="77777777" w:rsidR="00932208" w:rsidRDefault="00CF5137">
            <w:r>
              <w:rPr>
                <w:sz w:val="17"/>
              </w:rPr>
              <w:t>Forenings- og fritidsliv</w:t>
            </w:r>
          </w:p>
        </w:tc>
        <w:tc>
          <w:tcPr>
            <w:tcW w:w="102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5D52F9D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907632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713460A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972BA6E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1671522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AA286E7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2EF14DA3" w14:textId="77777777">
        <w:trPr>
          <w:cantSplit/>
          <w:jc w:val="center"/>
        </w:trPr>
        <w:tc>
          <w:tcPr>
            <w:tcW w:w="3402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7987546" w14:textId="77777777" w:rsidR="00932208" w:rsidRDefault="00CF5137">
            <w:r>
              <w:rPr>
                <w:sz w:val="17"/>
              </w:rPr>
              <w:t>Aktiviteter for børn og unge</w:t>
            </w:r>
          </w:p>
        </w:tc>
        <w:tc>
          <w:tcPr>
            <w:tcW w:w="1020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ED8024E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FDD3830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C158B6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751EB4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0279809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007765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5A8F16AF" w14:textId="77777777">
        <w:trPr>
          <w:cantSplit/>
          <w:jc w:val="center"/>
        </w:trPr>
        <w:tc>
          <w:tcPr>
            <w:tcW w:w="340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A3C27EC" w14:textId="77777777" w:rsidR="00932208" w:rsidRDefault="00CF5137">
            <w:r>
              <w:rPr>
                <w:sz w:val="17"/>
              </w:rPr>
              <w:t>Aktiviteter for voksne</w:t>
            </w:r>
          </w:p>
        </w:tc>
        <w:tc>
          <w:tcPr>
            <w:tcW w:w="102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0D49466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64DFD13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8F28AA9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BBE372F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57CBFC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394815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1ACEC42F" w14:textId="77777777">
        <w:trPr>
          <w:cantSplit/>
          <w:jc w:val="center"/>
        </w:trPr>
        <w:tc>
          <w:tcPr>
            <w:tcW w:w="3402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E66153C" w14:textId="77777777" w:rsidR="00932208" w:rsidRDefault="00CF5137">
            <w:r>
              <w:rPr>
                <w:sz w:val="17"/>
              </w:rPr>
              <w:t>Muligheder for ældre</w:t>
            </w:r>
          </w:p>
        </w:tc>
        <w:tc>
          <w:tcPr>
            <w:tcW w:w="1020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D497A95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F09386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585D03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6F5140E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0F405E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25237A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220197D2" w14:textId="77777777">
        <w:trPr>
          <w:cantSplit/>
          <w:jc w:val="center"/>
        </w:trPr>
        <w:tc>
          <w:tcPr>
            <w:tcW w:w="340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948EFC8" w14:textId="77777777" w:rsidR="00932208" w:rsidRDefault="00CF5137">
            <w:r>
              <w:rPr>
                <w:sz w:val="17"/>
              </w:rPr>
              <w:t>Adgang til natur og grønne områder</w:t>
            </w:r>
          </w:p>
        </w:tc>
        <w:tc>
          <w:tcPr>
            <w:tcW w:w="102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E2381AE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332C8A0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E4788DB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959EE28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126201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E46824C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698E7856" w14:textId="77777777">
        <w:trPr>
          <w:cantSplit/>
          <w:jc w:val="center"/>
        </w:trPr>
        <w:tc>
          <w:tcPr>
            <w:tcW w:w="3402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22A10A8" w14:textId="77777777" w:rsidR="00932208" w:rsidRDefault="00CF5137">
            <w:r>
              <w:rPr>
                <w:sz w:val="17"/>
              </w:rPr>
              <w:t>Trafiksikkerhed</w:t>
            </w:r>
          </w:p>
        </w:tc>
        <w:tc>
          <w:tcPr>
            <w:tcW w:w="1020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2CDCDCF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C5D2A54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D2DD832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2CBBD6D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2EA81B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1F405C6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11D4B3C0" w14:textId="77777777">
        <w:trPr>
          <w:cantSplit/>
          <w:jc w:val="center"/>
        </w:trPr>
        <w:tc>
          <w:tcPr>
            <w:tcW w:w="340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AB5B4E" w14:textId="77777777" w:rsidR="00932208" w:rsidRDefault="00CF5137">
            <w:r>
              <w:rPr>
                <w:sz w:val="17"/>
              </w:rPr>
              <w:t>Transportmuligheder</w:t>
            </w:r>
          </w:p>
        </w:tc>
        <w:tc>
          <w:tcPr>
            <w:tcW w:w="102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DDA6D91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FAA304A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0B4DD7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B60B78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5E2D6AF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A52B41E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3941176B" w14:textId="77777777">
        <w:trPr>
          <w:cantSplit/>
          <w:jc w:val="center"/>
        </w:trPr>
        <w:tc>
          <w:tcPr>
            <w:tcW w:w="3402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8007FDA" w14:textId="77777777" w:rsidR="00932208" w:rsidRDefault="00CF5137">
            <w:r>
              <w:rPr>
                <w:sz w:val="17"/>
              </w:rPr>
              <w:t>Adgang til indkøb og service</w:t>
            </w:r>
          </w:p>
        </w:tc>
        <w:tc>
          <w:tcPr>
            <w:tcW w:w="1020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635A364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2C9FAF6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AD7BB8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F701F34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B69F42B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C8ED36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15395B1C" w14:textId="77777777">
        <w:trPr>
          <w:cantSplit/>
          <w:jc w:val="center"/>
        </w:trPr>
        <w:tc>
          <w:tcPr>
            <w:tcW w:w="3402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12C45CE" w14:textId="77777777" w:rsidR="00932208" w:rsidRDefault="00CF5137">
            <w:r>
              <w:rPr>
                <w:sz w:val="17"/>
              </w:rPr>
              <w:t>Information om aktiviteter og begivenheder</w:t>
            </w:r>
          </w:p>
        </w:tc>
        <w:tc>
          <w:tcPr>
            <w:tcW w:w="1020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6A7EB2D2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199F0AF7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0574760F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FE1C622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737AF864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4F97FFB3" w14:textId="77777777" w:rsidR="00932208" w:rsidRDefault="00CF5137">
            <w:pPr>
              <w:jc w:val="center"/>
            </w:pPr>
            <w:r>
              <w:t>☐</w:t>
            </w:r>
          </w:p>
        </w:tc>
      </w:tr>
      <w:tr w:rsidR="00932208" w14:paraId="0F15F4B8" w14:textId="77777777">
        <w:trPr>
          <w:cantSplit/>
          <w:jc w:val="center"/>
        </w:trPr>
        <w:tc>
          <w:tcPr>
            <w:tcW w:w="3402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468F5EC" w14:textId="77777777" w:rsidR="00932208" w:rsidRDefault="00CF5137">
            <w:r>
              <w:rPr>
                <w:sz w:val="17"/>
              </w:rPr>
              <w:t>Muligheder for at engagere sig i landsbyen</w:t>
            </w:r>
          </w:p>
        </w:tc>
        <w:tc>
          <w:tcPr>
            <w:tcW w:w="1020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9AF33C7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162395A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276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03F064B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879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2CE1217F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1134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53CECC18" w14:textId="77777777" w:rsidR="00932208" w:rsidRDefault="00CF5137">
            <w:pPr>
              <w:jc w:val="center"/>
            </w:pPr>
            <w:r>
              <w:t>☐</w:t>
            </w:r>
          </w:p>
        </w:tc>
        <w:tc>
          <w:tcPr>
            <w:tcW w:w="907" w:type="dxa"/>
            <w:shd w:val="clear" w:color="auto" w:fill="FAFBFA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14:paraId="3F788F15" w14:textId="77777777" w:rsidR="00932208" w:rsidRDefault="00CF5137">
            <w:pPr>
              <w:jc w:val="center"/>
            </w:pPr>
            <w:r>
              <w:t>☐</w:t>
            </w:r>
          </w:p>
        </w:tc>
      </w:tr>
    </w:tbl>
    <w:p w14:paraId="5859F362" w14:textId="77777777" w:rsidR="00932208" w:rsidRDefault="00932208">
      <w:pPr>
        <w:spacing w:after="0"/>
      </w:pPr>
    </w:p>
    <w:p w14:paraId="0DDAEDD1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9. Deltager du i aktiviteter eller fællesskaber i eller omkring [LANDSBYNAVN]?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32208" w14:paraId="3449654B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22E21E07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Ofte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7A6C7BC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En gang imellem</w:t>
            </w:r>
          </w:p>
        </w:tc>
      </w:tr>
      <w:tr w:rsidR="00932208" w14:paraId="1E086FFB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EBFBA98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Sjældent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C665CF2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Aldrig</w:t>
            </w:r>
          </w:p>
        </w:tc>
      </w:tr>
    </w:tbl>
    <w:p w14:paraId="44BCAF46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10. Har du inden for det seneste år bidraget frivilligt til noget i lokalområdet?</w:t>
      </w:r>
    </w:p>
    <w:p w14:paraId="159CE806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Det kan fx være en forening, et arrangement, en institution, en arbejdsdag eller uformel hjælp.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32208" w14:paraId="493150DD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F7DEE9E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Ja, flere gange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D380554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Ja, enkelte gange</w:t>
            </w:r>
          </w:p>
        </w:tc>
      </w:tr>
      <w:tr w:rsidR="00932208" w14:paraId="0BE8745B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03F816F7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Nej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F95ABB0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Ved ikke / ønsker ikke at svare</w:t>
            </w:r>
          </w:p>
        </w:tc>
      </w:tr>
    </w:tbl>
    <w:p w14:paraId="6FC46C5F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11. Er der noget, der ville gøre det lettere eller mere attraktivt for dig at deltage i lokale aktiviteter eller fællesskaber?</w:t>
      </w:r>
    </w:p>
    <w:p w14:paraId="5D7E63E2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54CABA2E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005551D4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6430E0B2" w14:textId="77777777" w:rsidR="00932208" w:rsidRDefault="00CF5137">
      <w:pPr>
        <w:keepNext/>
        <w:pBdr>
          <w:bottom w:val="single" w:sz="8" w:space="3" w:color="D9E5DE"/>
        </w:pBdr>
        <w:spacing w:before="140" w:after="100" w:line="259" w:lineRule="auto"/>
      </w:pPr>
      <w:r>
        <w:rPr>
          <w:b/>
          <w:color w:val="4F8A6B"/>
          <w:sz w:val="28"/>
        </w:rPr>
        <w:t>4. Landsbyens udfordringer</w:t>
      </w:r>
    </w:p>
    <w:p w14:paraId="4228ECB9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12. Hvad oplever du som de vigtigste udfordringer for [LANDSBYNAVN] i dag?</w:t>
      </w:r>
    </w:p>
    <w:p w14:paraId="370E5830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Skriv gerne op til tre.</w:t>
      </w:r>
    </w:p>
    <w:p w14:paraId="3C5A0141" w14:textId="77777777" w:rsidR="00932208" w:rsidRDefault="00CF5137">
      <w:pPr>
        <w:spacing w:after="40" w:line="259" w:lineRule="auto"/>
        <w:ind w:left="113"/>
      </w:pPr>
      <w:r>
        <w:rPr>
          <w:b/>
          <w:color w:val="666666"/>
          <w:sz w:val="20"/>
        </w:rPr>
        <w:t xml:space="preserve">1.  </w:t>
      </w:r>
      <w:r>
        <w:rPr>
          <w:color w:val="AAAAAA"/>
          <w:sz w:val="18"/>
        </w:rPr>
        <w:t>____________________________________________________________________________________________</w:t>
      </w:r>
    </w:p>
    <w:p w14:paraId="63EEEFF4" w14:textId="77777777" w:rsidR="00932208" w:rsidRDefault="00CF5137">
      <w:pPr>
        <w:spacing w:after="40" w:line="259" w:lineRule="auto"/>
        <w:ind w:left="113"/>
      </w:pPr>
      <w:r>
        <w:rPr>
          <w:b/>
          <w:color w:val="666666"/>
          <w:sz w:val="20"/>
        </w:rPr>
        <w:t xml:space="preserve">2.  </w:t>
      </w:r>
      <w:r>
        <w:rPr>
          <w:color w:val="AAAAAA"/>
          <w:sz w:val="18"/>
        </w:rPr>
        <w:t>____________________________________________________________________________________________</w:t>
      </w:r>
    </w:p>
    <w:p w14:paraId="60785F92" w14:textId="77777777" w:rsidR="00932208" w:rsidRDefault="00CF5137">
      <w:pPr>
        <w:spacing w:after="40" w:line="259" w:lineRule="auto"/>
        <w:ind w:left="113"/>
      </w:pPr>
      <w:r>
        <w:rPr>
          <w:b/>
          <w:color w:val="666666"/>
          <w:sz w:val="20"/>
        </w:rPr>
        <w:t xml:space="preserve">3.  </w:t>
      </w:r>
      <w:r>
        <w:rPr>
          <w:color w:val="AAAAAA"/>
          <w:sz w:val="18"/>
        </w:rPr>
        <w:t>____________________________________________________________________________________________</w:t>
      </w:r>
    </w:p>
    <w:p w14:paraId="04F74E84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13. Er der noget ved hverdagen i [LANDSBYNAVN], som efter din mening fungerer mindre godt eller mangler?</w:t>
      </w:r>
    </w:p>
    <w:p w14:paraId="1E8BD5B4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75921342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7FF9C601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2C2E1E75" w14:textId="77777777" w:rsidR="00932208" w:rsidRDefault="00CF5137">
      <w:pPr>
        <w:keepNext/>
        <w:pBdr>
          <w:bottom w:val="single" w:sz="8" w:space="3" w:color="D9E5DE"/>
        </w:pBdr>
        <w:spacing w:before="140" w:after="100" w:line="259" w:lineRule="auto"/>
      </w:pPr>
      <w:r>
        <w:rPr>
          <w:b/>
          <w:color w:val="4F8A6B"/>
          <w:sz w:val="28"/>
        </w:rPr>
        <w:lastRenderedPageBreak/>
        <w:t>5. Fremtid og muligheder</w:t>
      </w:r>
    </w:p>
    <w:p w14:paraId="00533F5B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14. Forestil dig [LANDSBYNAVN] om 5-10 år. Hvad håber du især er bevaret?</w:t>
      </w:r>
    </w:p>
    <w:p w14:paraId="14B2392A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1447AF18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1D14DB5B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44300177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15. Hvad håber du især er blevet anderledes eller bedre?</w:t>
      </w:r>
    </w:p>
    <w:p w14:paraId="00B50242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3B245127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7B4A2154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65ED88DA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16. Hvor ser du de største muligheder for at udvikle [LANDSBYNAVN]?</w:t>
      </w:r>
    </w:p>
    <w:p w14:paraId="64A7FE6A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Vælg højst tre.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932208" w14:paraId="463793D1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BD825F1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Fællesskab og lokale aktiviteter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4E344493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Børn og unge</w:t>
            </w:r>
          </w:p>
        </w:tc>
      </w:tr>
      <w:tr w:rsidR="00932208" w14:paraId="4D4BA1F5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5D2E9FA7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Kultur og fritid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60AFA4A1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Natur og friluftsliv</w:t>
            </w:r>
          </w:p>
        </w:tc>
      </w:tr>
      <w:tr w:rsidR="00932208" w14:paraId="7F2EB85D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69911C4D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Trafik og mobilitet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EF7B02D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Boliger og bosætning</w:t>
            </w:r>
          </w:p>
        </w:tc>
      </w:tr>
      <w:tr w:rsidR="00932208" w14:paraId="51488A91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E63B81A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Lokale arbejdspladser og erhverv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29AA214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Turisme og besøgende</w:t>
            </w:r>
          </w:p>
        </w:tc>
      </w:tr>
      <w:tr w:rsidR="00932208" w14:paraId="2381556F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66F8CA72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Mødesteder og fælles faciliteter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17B5539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Byens fysiske miljø og uderum</w:t>
            </w:r>
          </w:p>
        </w:tc>
      </w:tr>
      <w:tr w:rsidR="00932208" w14:paraId="11E5CC37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3B74231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Klima, natur og grøn omstilling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1873147D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Kommunikation og information</w:t>
            </w:r>
          </w:p>
        </w:tc>
      </w:tr>
      <w:tr w:rsidR="00932208" w14:paraId="1345F692" w14:textId="77777777"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37D8146D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Andet: __________________________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14:paraId="77946725" w14:textId="77777777" w:rsidR="00932208" w:rsidRDefault="00CF5137">
            <w:pPr>
              <w:spacing w:after="0" w:line="259" w:lineRule="auto"/>
            </w:pPr>
            <w:r>
              <w:rPr>
                <w:sz w:val="19"/>
              </w:rPr>
              <w:t>☐</w:t>
            </w:r>
            <w:r>
              <w:rPr>
                <w:sz w:val="19"/>
              </w:rPr>
              <w:t xml:space="preserve">  Ved ikke</w:t>
            </w:r>
          </w:p>
        </w:tc>
      </w:tr>
    </w:tbl>
    <w:p w14:paraId="7E1109E4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17. Hvilke eksisterende steder, aktiviteter, mennesker eller andre ressourcer i [LANDSBYNAVN] synes du, man især bør bygge videre på?</w:t>
      </w:r>
    </w:p>
    <w:p w14:paraId="6EB55B46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3E7B788D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21CC9743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40D3973E" w14:textId="77777777" w:rsidR="00932208" w:rsidRDefault="00CF5137">
      <w:pPr>
        <w:keepNext/>
        <w:pBdr>
          <w:bottom w:val="single" w:sz="8" w:space="3" w:color="D9E5DE"/>
        </w:pBdr>
        <w:spacing w:before="140" w:after="100" w:line="259" w:lineRule="auto"/>
      </w:pPr>
      <w:r>
        <w:rPr>
          <w:b/>
          <w:color w:val="4F8A6B"/>
          <w:sz w:val="28"/>
        </w:rPr>
        <w:t>6. Det vigtigste spørgsmål</w:t>
      </w:r>
    </w:p>
    <w:p w14:paraId="105DFE51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18. Hvis du kun måtte pege på én ting, som kunne gøre en positiv forskel for [LANDSBYNAVN] de kommende år, hvad skulle det så være?</w:t>
      </w:r>
    </w:p>
    <w:p w14:paraId="00F22646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64B2EB6C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3EFE7D94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442478EC" w14:textId="77777777" w:rsidR="00932208" w:rsidRDefault="00CF5137">
      <w:pPr>
        <w:spacing w:after="100" w:line="259" w:lineRule="auto"/>
        <w:ind w:left="85"/>
      </w:pPr>
      <w:r>
        <w:rPr>
          <w:color w:val="B8B8B8"/>
          <w:sz w:val="16"/>
        </w:rPr>
        <w:t>________________________________________________________________________________________________________</w:t>
      </w:r>
    </w:p>
    <w:p w14:paraId="463FCDA0" w14:textId="77777777" w:rsidR="00932208" w:rsidRDefault="00CF5137">
      <w:pPr>
        <w:keepNext/>
        <w:pBdr>
          <w:bottom w:val="single" w:sz="8" w:space="3" w:color="D9E5DE"/>
        </w:pBdr>
        <w:spacing w:before="140" w:after="100" w:line="259" w:lineRule="auto"/>
      </w:pPr>
      <w:r>
        <w:rPr>
          <w:b/>
          <w:color w:val="4F8A6B"/>
          <w:sz w:val="28"/>
        </w:rPr>
        <w:t>7. Vil du være med?</w:t>
      </w:r>
    </w:p>
    <w:p w14:paraId="18C04F70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19. Kunne du have lyst til at bidrage til arbejdet med landsbyens udvikling?</w:t>
      </w:r>
    </w:p>
    <w:p w14:paraId="24B44D23" w14:textId="77777777" w:rsidR="00932208" w:rsidRDefault="00CF5137">
      <w:pPr>
        <w:spacing w:after="20" w:line="259" w:lineRule="auto"/>
        <w:ind w:left="198"/>
      </w:pPr>
      <w:r>
        <w:rPr>
          <w:sz w:val="20"/>
        </w:rPr>
        <w:t>☐</w:t>
      </w:r>
      <w:r>
        <w:rPr>
          <w:sz w:val="20"/>
        </w:rPr>
        <w:t xml:space="preserve">  Ja, jeg vil gerne deltage i møder/workshops</w:t>
      </w:r>
    </w:p>
    <w:p w14:paraId="33FFFC33" w14:textId="77777777" w:rsidR="00932208" w:rsidRDefault="00CF5137">
      <w:pPr>
        <w:spacing w:after="20" w:line="259" w:lineRule="auto"/>
        <w:ind w:left="198"/>
      </w:pPr>
      <w:r>
        <w:rPr>
          <w:sz w:val="20"/>
        </w:rPr>
        <w:t>☐</w:t>
      </w:r>
      <w:r>
        <w:rPr>
          <w:sz w:val="20"/>
        </w:rPr>
        <w:t xml:space="preserve">  Ja, jeg vil gerne hjælpe med konkrete aktiviteter</w:t>
      </w:r>
    </w:p>
    <w:p w14:paraId="7E7B0B1D" w14:textId="77777777" w:rsidR="00932208" w:rsidRDefault="00CF5137">
      <w:pPr>
        <w:spacing w:after="20" w:line="259" w:lineRule="auto"/>
        <w:ind w:left="198"/>
      </w:pPr>
      <w:r>
        <w:rPr>
          <w:sz w:val="20"/>
        </w:rPr>
        <w:t>☐</w:t>
      </w:r>
      <w:r>
        <w:rPr>
          <w:sz w:val="20"/>
        </w:rPr>
        <w:t xml:space="preserve">  Ja, jeg vil gerne bidrage med viden eller idéer</w:t>
      </w:r>
    </w:p>
    <w:p w14:paraId="51664887" w14:textId="77777777" w:rsidR="00932208" w:rsidRDefault="00CF5137">
      <w:pPr>
        <w:spacing w:after="20" w:line="259" w:lineRule="auto"/>
        <w:ind w:left="198"/>
      </w:pPr>
      <w:r>
        <w:rPr>
          <w:sz w:val="20"/>
        </w:rPr>
        <w:t>☐</w:t>
      </w:r>
      <w:r>
        <w:rPr>
          <w:sz w:val="20"/>
        </w:rPr>
        <w:t xml:space="preserve">  Måske - jeg vil gerne høre mere</w:t>
      </w:r>
    </w:p>
    <w:p w14:paraId="5BF93995" w14:textId="77777777" w:rsidR="00932208" w:rsidRDefault="00CF5137">
      <w:pPr>
        <w:spacing w:after="20" w:line="259" w:lineRule="auto"/>
        <w:ind w:left="198"/>
      </w:pPr>
      <w:r>
        <w:rPr>
          <w:sz w:val="20"/>
        </w:rPr>
        <w:t>☐</w:t>
      </w:r>
      <w:r>
        <w:rPr>
          <w:sz w:val="20"/>
        </w:rPr>
        <w:t xml:space="preserve">  Nej, ikke på nuværende tidspunkt</w:t>
      </w:r>
    </w:p>
    <w:p w14:paraId="03230178" w14:textId="77777777" w:rsidR="00932208" w:rsidRDefault="00CF5137">
      <w:pPr>
        <w:keepNext/>
        <w:spacing w:before="80" w:after="40" w:line="259" w:lineRule="auto"/>
      </w:pPr>
      <w:r>
        <w:rPr>
          <w:b/>
          <w:color w:val="3F3F3F"/>
        </w:rPr>
        <w:t>20. Hvis du ønsker information om det videre arbejde, kan du skrive navn og e-mail her.</w:t>
      </w:r>
    </w:p>
    <w:p w14:paraId="70FC0121" w14:textId="77777777" w:rsidR="00932208" w:rsidRDefault="00CF5137">
      <w:pPr>
        <w:keepNext/>
        <w:spacing w:after="40" w:line="259" w:lineRule="auto"/>
      </w:pPr>
      <w:r>
        <w:rPr>
          <w:i/>
          <w:color w:val="666666"/>
          <w:sz w:val="18"/>
        </w:rPr>
        <w:t>Det er frivilligt at oplyse kontaktoplysninger.</w:t>
      </w:r>
    </w:p>
    <w:p w14:paraId="0EC43319" w14:textId="77777777" w:rsidR="00932208" w:rsidRDefault="00CF5137">
      <w:pPr>
        <w:spacing w:after="80" w:line="259" w:lineRule="auto"/>
      </w:pPr>
      <w:r>
        <w:rPr>
          <w:b/>
        </w:rPr>
        <w:t xml:space="preserve">Navn: </w:t>
      </w:r>
      <w:r>
        <w:rPr>
          <w:color w:val="AAAAAA"/>
        </w:rPr>
        <w:t>______________________________________________________________________</w:t>
      </w:r>
    </w:p>
    <w:p w14:paraId="17E9040D" w14:textId="77777777" w:rsidR="00932208" w:rsidRDefault="00CF5137">
      <w:pPr>
        <w:spacing w:after="160" w:line="259" w:lineRule="auto"/>
      </w:pPr>
      <w:r>
        <w:rPr>
          <w:b/>
        </w:rPr>
        <w:t xml:space="preserve">E-mail: </w:t>
      </w:r>
      <w:r>
        <w:rPr>
          <w:color w:val="AAAAAA"/>
        </w:rPr>
        <w:t>___________________________________________________________________</w:t>
      </w:r>
    </w:p>
    <w:p w14:paraId="614D2284" w14:textId="77777777" w:rsidR="00932208" w:rsidRDefault="00CF5137">
      <w:pPr>
        <w:spacing w:before="200" w:after="0" w:line="259" w:lineRule="auto"/>
        <w:jc w:val="center"/>
      </w:pPr>
      <w:r>
        <w:rPr>
          <w:b/>
          <w:color w:val="4F8A6B"/>
          <w:sz w:val="23"/>
        </w:rPr>
        <w:lastRenderedPageBreak/>
        <w:t>Tak for dit bidrag til [LANDSBYNAVN].</w:t>
      </w:r>
    </w:p>
    <w:sectPr w:rsidR="00932208" w:rsidSect="00034616">
      <w:headerReference w:type="default" r:id="rId8"/>
      <w:footerReference w:type="default" r:id="rId9"/>
      <w:pgSz w:w="12240" w:h="15840"/>
      <w:pgMar w:top="964" w:right="964" w:bottom="907" w:left="964" w:header="340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955D4" w14:textId="77777777" w:rsidR="00CF5137" w:rsidRDefault="00CF5137">
      <w:pPr>
        <w:spacing w:after="0" w:line="240" w:lineRule="auto"/>
      </w:pPr>
      <w:r>
        <w:separator/>
      </w:r>
    </w:p>
  </w:endnote>
  <w:endnote w:type="continuationSeparator" w:id="0">
    <w:p w14:paraId="0CCD62A1" w14:textId="77777777" w:rsidR="00CF5137" w:rsidRDefault="00CF5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326"/>
      <w:gridCol w:w="3326"/>
      <w:gridCol w:w="3326"/>
    </w:tblGrid>
    <w:tr w:rsidR="00932208" w14:paraId="66C6D877" w14:textId="77777777">
      <w:tc>
        <w:tcPr>
          <w:tcW w:w="33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3E7B85A" w14:textId="77777777" w:rsidR="00932208" w:rsidRDefault="00932208"/>
      </w:tc>
      <w:tc>
        <w:tcPr>
          <w:tcW w:w="33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B984265" w14:textId="77777777" w:rsidR="00932208" w:rsidRDefault="00CF5137">
          <w:pPr>
            <w:jc w:val="center"/>
          </w:pPr>
          <w:r>
            <w:rPr>
              <w:noProof/>
            </w:rPr>
            <w:drawing>
              <wp:inline distT="0" distB="0" distL="0" distR="0" wp14:anchorId="7C824643" wp14:editId="2CCE8103">
                <wp:extent cx="1764000" cy="349523"/>
                <wp:effectExtent l="0" t="0" r="0" b="0"/>
                <wp:docPr id="180241349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000" cy="3495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2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B37CD2C" w14:textId="77777777" w:rsidR="00932208" w:rsidRDefault="00CF5137">
          <w:pPr>
            <w:jc w:val="right"/>
          </w:pPr>
          <w:r>
            <w:rPr>
              <w:color w:val="666666"/>
              <w:sz w:val="17"/>
            </w:rPr>
            <w:fldChar w:fldCharType="begin"/>
          </w:r>
          <w:r>
            <w:rPr>
              <w:color w:val="666666"/>
              <w:sz w:val="17"/>
            </w:rPr>
            <w:instrText xml:space="preserve"> PAGE </w:instrText>
          </w:r>
          <w:r w:rsidR="007803E8">
            <w:rPr>
              <w:color w:val="666666"/>
              <w:sz w:val="17"/>
            </w:rPr>
            <w:fldChar w:fldCharType="separate"/>
          </w:r>
          <w:r w:rsidR="007803E8">
            <w:rPr>
              <w:noProof/>
              <w:color w:val="666666"/>
              <w:sz w:val="17"/>
            </w:rPr>
            <w:t>1</w:t>
          </w:r>
          <w:r>
            <w:rPr>
              <w:color w:val="666666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818BA" w14:textId="77777777" w:rsidR="00CF5137" w:rsidRDefault="00CF5137">
      <w:pPr>
        <w:spacing w:after="0" w:line="240" w:lineRule="auto"/>
      </w:pPr>
      <w:r>
        <w:separator/>
      </w:r>
    </w:p>
  </w:footnote>
  <w:footnote w:type="continuationSeparator" w:id="0">
    <w:p w14:paraId="1FC7833B" w14:textId="77777777" w:rsidR="00CF5137" w:rsidRDefault="00CF5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1AA6" w14:textId="77777777" w:rsidR="00932208" w:rsidRDefault="00CF5137">
    <w:pPr>
      <w:pStyle w:val="Sidehoved"/>
      <w:jc w:val="right"/>
    </w:pPr>
    <w:r>
      <w:rPr>
        <w:noProof/>
      </w:rPr>
      <w:drawing>
        <wp:inline distT="0" distB="0" distL="0" distR="0" wp14:anchorId="0764E80C" wp14:editId="4526CC8E">
          <wp:extent cx="1655999" cy="57223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5999" cy="572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1107275">
    <w:abstractNumId w:val="8"/>
  </w:num>
  <w:num w:numId="2" w16cid:durableId="1129668239">
    <w:abstractNumId w:val="6"/>
  </w:num>
  <w:num w:numId="3" w16cid:durableId="611861704">
    <w:abstractNumId w:val="5"/>
  </w:num>
  <w:num w:numId="4" w16cid:durableId="701053609">
    <w:abstractNumId w:val="4"/>
  </w:num>
  <w:num w:numId="5" w16cid:durableId="1731461737">
    <w:abstractNumId w:val="7"/>
  </w:num>
  <w:num w:numId="6" w16cid:durableId="2010254612">
    <w:abstractNumId w:val="3"/>
  </w:num>
  <w:num w:numId="7" w16cid:durableId="1639802876">
    <w:abstractNumId w:val="2"/>
  </w:num>
  <w:num w:numId="8" w16cid:durableId="1817575480">
    <w:abstractNumId w:val="1"/>
  </w:num>
  <w:num w:numId="9" w16cid:durableId="83318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32BE"/>
    <w:rsid w:val="007803E8"/>
    <w:rsid w:val="00932208"/>
    <w:rsid w:val="00AA1D8D"/>
    <w:rsid w:val="00B47730"/>
    <w:rsid w:val="00CB0664"/>
    <w:rsid w:val="00CF51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3B5E1"/>
  <w14:defaultImageDpi w14:val="300"/>
  <w15:docId w15:val="{D345195F-4098-4400-9509-3422ACB2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E41B54F195F4D87A5D7C8E5E3C8DD" ma:contentTypeVersion="16" ma:contentTypeDescription="Opret et nyt dokument." ma:contentTypeScope="" ma:versionID="ca9375aae7e7185ba6adfbdf0c279c3d">
  <xsd:schema xmlns:xsd="http://www.w3.org/2001/XMLSchema" xmlns:xs="http://www.w3.org/2001/XMLSchema" xmlns:p="http://schemas.microsoft.com/office/2006/metadata/properties" xmlns:ns2="1b0c7d6f-6cae-4a45-bd99-fb972ad887fa" xmlns:ns3="8fffa5b7-97ed-4aef-b19a-b011bbe20875" targetNamespace="http://schemas.microsoft.com/office/2006/metadata/properties" ma:root="true" ma:fieldsID="023e93aa5409d5f5e09c05a27c456991" ns2:_="" ns3:_="">
    <xsd:import namespace="1b0c7d6f-6cae-4a45-bd99-fb972ad887fa"/>
    <xsd:import namespace="8fffa5b7-97ed-4aef-b19a-b011bbe208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7d6f-6cae-4a45-bd99-fb972ad887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ff936044-efbb-4852-8490-8d419ffa0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ffa5b7-97ed-4aef-b19a-b011bbe2087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3aec6b-a5c0-40e7-89c3-3dc6b4e1c316}" ma:internalName="TaxCatchAll" ma:showField="CatchAllData" ma:web="8fffa5b7-97ed-4aef-b19a-b011bbe208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ffa5b7-97ed-4aef-b19a-b011bbe20875" xsi:nil="true"/>
    <lcf76f155ced4ddcb4097134ff3c332f xmlns="1b0c7d6f-6cae-4a45-bd99-fb972ad887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4FE15-599A-4E8B-84D1-36D54E409DEF}"/>
</file>

<file path=customXml/itemProps3.xml><?xml version="1.0" encoding="utf-8"?>
<ds:datastoreItem xmlns:ds="http://schemas.openxmlformats.org/officeDocument/2006/customXml" ds:itemID="{B855FC63-9270-4B3C-A3C7-2A0B2568F6DD}"/>
</file>

<file path=customXml/itemProps4.xml><?xml version="1.0" encoding="utf-8"?>
<ds:datastoreItem xmlns:ds="http://schemas.openxmlformats.org/officeDocument/2006/customXml" ds:itemID="{A84FB286-516C-404A-BFB0-D51157BCD1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1277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Petersen</cp:lastModifiedBy>
  <cp:revision>2</cp:revision>
  <dcterms:created xsi:type="dcterms:W3CDTF">2026-09-10T09:09:00Z</dcterms:created>
  <dcterms:modified xsi:type="dcterms:W3CDTF">2026-09-10T09:09:00Z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0x01010044DE41B54F195F4D87A5D7C8E5E3C8DD</vt:lpwstr>
  </property>
</Properties>
</file>