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55E6B" w14:textId="77777777" w:rsidR="00597C11" w:rsidRPr="004C35F8" w:rsidRDefault="00000000">
      <w:pPr>
        <w:spacing w:before="100"/>
      </w:pPr>
      <w:r w:rsidRPr="004C35F8">
        <w:t>KORTLÆGNINGSSKABELON</w:t>
      </w:r>
    </w:p>
    <w:p w14:paraId="1B0426E9" w14:textId="77777777" w:rsidR="00597C11" w:rsidRPr="004C35F8" w:rsidRDefault="00000000">
      <w:pPr>
        <w:pStyle w:val="Titel"/>
      </w:pPr>
      <w:r w:rsidRPr="004C35F8">
        <w:t>Kortlægning af [LANDSBYNAVN]</w:t>
      </w:r>
    </w:p>
    <w:p w14:paraId="09556BAD" w14:textId="77777777" w:rsidR="00597C11" w:rsidRPr="004C35F8" w:rsidRDefault="00000000">
      <w:r w:rsidRPr="004C35F8">
        <w:rPr>
          <w:color w:val="5A5A5A"/>
        </w:rPr>
        <w:t>Kommune: [KOMMUNE]   ·   Sogn/lokalområde: [SOGN/OMRÅDE]   ·   Dato: [DD.MM.ÅÅÅÅ]</w:t>
      </w:r>
    </w:p>
    <w:p w14:paraId="2D1073B6" w14:textId="77777777" w:rsidR="00597C11" w:rsidRPr="004C35F8" w:rsidRDefault="00000000">
      <w:r w:rsidRPr="004C35F8">
        <w:t>Formål. Skabelonen hjælper en landsbygruppe med at samle fakta, lokale observationer og kommunale data i én fælles kortlægning. Den kan bruges som grundlag for en udviklingsplan, et fremtidsværksted eller dialog med kommunen.</w:t>
      </w:r>
    </w:p>
    <w:p w14:paraId="6B33D8DE" w14:textId="77777777" w:rsidR="00597C11" w:rsidRPr="004C35F8" w:rsidRDefault="00000000">
      <w:r w:rsidRPr="004C35F8">
        <w:t>Sådan bruges skabelonen. Start med at afgrænse området. Udfyld derefter de temaer, der er relevante. Skriv både nøgletal og korte fortolkninger: Hvad fortæller data om landsbyen, og hvilke spørgsmål kalder de på?</w:t>
      </w:r>
    </w:p>
    <w:p w14:paraId="3F13AEFD" w14:textId="77777777" w:rsidR="00597C11" w:rsidRPr="004C35F8" w:rsidRDefault="00000000">
      <w:pPr>
        <w:pStyle w:val="Overskrift1"/>
      </w:pPr>
      <w:r w:rsidRPr="004C35F8">
        <w:t>Kort profil – udfyldes til sidst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597C11" w:rsidRPr="004C35F8" w14:paraId="572F1A47" w14:textId="77777777">
        <w:trPr>
          <w:cantSplit/>
          <w:tblHeader/>
          <w:jc w:val="center"/>
        </w:trPr>
        <w:tc>
          <w:tcPr>
            <w:tcW w:w="3402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12D00F1" w14:textId="77777777" w:rsidR="00597C11" w:rsidRPr="004C35F8" w:rsidRDefault="00000000">
            <w:r w:rsidRPr="004C35F8">
              <w:rPr>
                <w:b/>
                <w:sz w:val="18"/>
              </w:rPr>
              <w:t>Nøglepunkt</w:t>
            </w:r>
          </w:p>
        </w:tc>
        <w:tc>
          <w:tcPr>
            <w:tcW w:w="6520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68A0001" w14:textId="77777777" w:rsidR="00597C11" w:rsidRPr="004C35F8" w:rsidRDefault="00000000">
            <w:r w:rsidRPr="004C35F8">
              <w:rPr>
                <w:b/>
                <w:sz w:val="18"/>
              </w:rPr>
              <w:t>Kort opsummering</w:t>
            </w:r>
          </w:p>
        </w:tc>
      </w:tr>
      <w:tr w:rsidR="00597C11" w:rsidRPr="004C35F8" w14:paraId="58D9E32D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0FEF8F" w14:textId="77777777" w:rsidR="00597C11" w:rsidRPr="004C35F8" w:rsidRDefault="00000000">
            <w:r w:rsidRPr="004C35F8">
              <w:rPr>
                <w:sz w:val="17"/>
              </w:rPr>
              <w:t>Befolkning og udvikling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660BA8" w14:textId="77777777" w:rsidR="00597C11" w:rsidRPr="004C35F8" w:rsidRDefault="00597C11"/>
        </w:tc>
      </w:tr>
      <w:tr w:rsidR="00597C11" w:rsidRPr="004C35F8" w14:paraId="3ACD8313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ED2990" w14:textId="77777777" w:rsidR="00597C11" w:rsidRPr="004C35F8" w:rsidRDefault="00000000">
            <w:r w:rsidRPr="004C35F8">
              <w:rPr>
                <w:sz w:val="17"/>
              </w:rPr>
              <w:t>Boliger og bygningsmasse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604896" w14:textId="77777777" w:rsidR="00597C11" w:rsidRPr="004C35F8" w:rsidRDefault="00597C11"/>
        </w:tc>
      </w:tr>
      <w:tr w:rsidR="00597C11" w:rsidRPr="004C35F8" w14:paraId="24364396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92A4EE9" w14:textId="77777777" w:rsidR="00597C11" w:rsidRPr="004C35F8" w:rsidRDefault="00000000">
            <w:r w:rsidRPr="004C35F8">
              <w:rPr>
                <w:sz w:val="17"/>
              </w:rPr>
              <w:t>Erhverv og arbejdspladser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72226C5" w14:textId="77777777" w:rsidR="00597C11" w:rsidRPr="004C35F8" w:rsidRDefault="00597C11"/>
        </w:tc>
      </w:tr>
      <w:tr w:rsidR="00597C11" w:rsidRPr="004C35F8" w14:paraId="7BAA1AA6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CB9A2C" w14:textId="77777777" w:rsidR="00597C11" w:rsidRPr="004C35F8" w:rsidRDefault="00000000">
            <w:r w:rsidRPr="004C35F8">
              <w:rPr>
                <w:sz w:val="17"/>
              </w:rPr>
              <w:t>Service og institutioner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E66B2B" w14:textId="77777777" w:rsidR="00597C11" w:rsidRPr="004C35F8" w:rsidRDefault="00597C11"/>
        </w:tc>
      </w:tr>
      <w:tr w:rsidR="00597C11" w:rsidRPr="004C35F8" w14:paraId="010B04FF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7CD3DD4" w14:textId="77777777" w:rsidR="00597C11" w:rsidRPr="004C35F8" w:rsidRDefault="00000000">
            <w:r w:rsidRPr="004C35F8">
              <w:rPr>
                <w:sz w:val="17"/>
              </w:rPr>
              <w:t>Foreninger og fællesskab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7C9BAAB" w14:textId="77777777" w:rsidR="00597C11" w:rsidRPr="004C35F8" w:rsidRDefault="00597C11"/>
        </w:tc>
      </w:tr>
      <w:tr w:rsidR="00597C11" w:rsidRPr="004C35F8" w14:paraId="2DC5900D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ECB5A12" w14:textId="77777777" w:rsidR="00597C11" w:rsidRPr="004C35F8" w:rsidRDefault="00000000">
            <w:r w:rsidRPr="004C35F8">
              <w:rPr>
                <w:sz w:val="17"/>
              </w:rPr>
              <w:t>Natur, landskab og kulturarv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A4B1730" w14:textId="77777777" w:rsidR="00597C11" w:rsidRPr="004C35F8" w:rsidRDefault="00597C11"/>
        </w:tc>
      </w:tr>
      <w:tr w:rsidR="00597C11" w:rsidRPr="004C35F8" w14:paraId="278EFADE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340B7B" w14:textId="77777777" w:rsidR="00597C11" w:rsidRPr="004C35F8" w:rsidRDefault="00000000">
            <w:r w:rsidRPr="004C35F8">
              <w:rPr>
                <w:sz w:val="17"/>
              </w:rPr>
              <w:t>Transport og forbindelser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A92F78" w14:textId="77777777" w:rsidR="00597C11" w:rsidRPr="004C35F8" w:rsidRDefault="00597C11"/>
        </w:tc>
      </w:tr>
      <w:tr w:rsidR="00597C11" w:rsidRPr="004C35F8" w14:paraId="34608FA6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33ADC2F" w14:textId="77777777" w:rsidR="00597C11" w:rsidRPr="004C35F8" w:rsidRDefault="00000000">
            <w:r w:rsidRPr="004C35F8">
              <w:rPr>
                <w:sz w:val="17"/>
              </w:rPr>
              <w:t>Tre vigtigste styrker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1DC020" w14:textId="77777777" w:rsidR="00597C11" w:rsidRPr="004C35F8" w:rsidRDefault="00597C11"/>
        </w:tc>
      </w:tr>
      <w:tr w:rsidR="00597C11" w:rsidRPr="004C35F8" w14:paraId="7DCA6502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73AF3D" w14:textId="77777777" w:rsidR="00597C11" w:rsidRPr="004C35F8" w:rsidRDefault="00000000">
            <w:r w:rsidRPr="004C35F8">
              <w:rPr>
                <w:sz w:val="17"/>
              </w:rPr>
              <w:t>Tre vigtigste udfordringer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C16B27E" w14:textId="77777777" w:rsidR="00597C11" w:rsidRPr="004C35F8" w:rsidRDefault="00597C11"/>
        </w:tc>
      </w:tr>
      <w:tr w:rsidR="00597C11" w:rsidRPr="004C35F8" w14:paraId="6C8E1DC9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8920ABE" w14:textId="77777777" w:rsidR="00597C11" w:rsidRPr="004C35F8" w:rsidRDefault="00000000">
            <w:r w:rsidRPr="004C35F8">
              <w:rPr>
                <w:sz w:val="17"/>
              </w:rPr>
              <w:t>Tre største muligheder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5B2EF2A" w14:textId="77777777" w:rsidR="00597C11" w:rsidRPr="004C35F8" w:rsidRDefault="00597C11"/>
        </w:tc>
      </w:tr>
    </w:tbl>
    <w:p w14:paraId="231987DB" w14:textId="77777777" w:rsidR="00597C11" w:rsidRPr="004C35F8" w:rsidRDefault="00000000">
      <w:r w:rsidRPr="004C35F8">
        <w:br w:type="page"/>
      </w:r>
    </w:p>
    <w:p w14:paraId="257D9C53" w14:textId="77777777" w:rsidR="00597C11" w:rsidRPr="004C35F8" w:rsidRDefault="00000000">
      <w:pPr>
        <w:pStyle w:val="Overskrift1"/>
      </w:pPr>
      <w:r w:rsidRPr="004C35F8">
        <w:lastRenderedPageBreak/>
        <w:t>0. Formål og geografisk afgrænsning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597C11" w:rsidRPr="004C35F8" w14:paraId="6A767507" w14:textId="77777777">
        <w:trPr>
          <w:cantSplit/>
          <w:tblHeader/>
          <w:jc w:val="center"/>
        </w:trPr>
        <w:tc>
          <w:tcPr>
            <w:tcW w:w="3402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EE2E5BB" w14:textId="77777777" w:rsidR="00597C11" w:rsidRPr="004C35F8" w:rsidRDefault="00000000">
            <w:r w:rsidRPr="004C35F8">
              <w:rPr>
                <w:b/>
                <w:sz w:val="18"/>
              </w:rPr>
              <w:t>Oplysning</w:t>
            </w:r>
          </w:p>
        </w:tc>
        <w:tc>
          <w:tcPr>
            <w:tcW w:w="6520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1941F02" w14:textId="77777777" w:rsidR="00597C11" w:rsidRPr="004C35F8" w:rsidRDefault="00000000">
            <w:r w:rsidRPr="004C35F8">
              <w:rPr>
                <w:b/>
                <w:sz w:val="18"/>
              </w:rPr>
              <w:t>Udfyldes</w:t>
            </w:r>
          </w:p>
        </w:tc>
      </w:tr>
      <w:tr w:rsidR="00597C11" w:rsidRPr="004C35F8" w14:paraId="34158275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747D8F" w14:textId="77777777" w:rsidR="00597C11" w:rsidRPr="004C35F8" w:rsidRDefault="00000000">
            <w:r w:rsidRPr="004C35F8">
              <w:rPr>
                <w:sz w:val="17"/>
              </w:rPr>
              <w:t>Landsby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901C5FE" w14:textId="77777777" w:rsidR="00597C11" w:rsidRPr="004C35F8" w:rsidRDefault="00000000">
            <w:r w:rsidRPr="004C35F8">
              <w:rPr>
                <w:sz w:val="17"/>
              </w:rPr>
              <w:t>[LANDSBYNAVN]</w:t>
            </w:r>
          </w:p>
        </w:tc>
      </w:tr>
      <w:tr w:rsidR="00597C11" w:rsidRPr="004C35F8" w14:paraId="3AE4FF0A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3A8C89" w14:textId="77777777" w:rsidR="00597C11" w:rsidRPr="004C35F8" w:rsidRDefault="00000000">
            <w:r w:rsidRPr="004C35F8">
              <w:rPr>
                <w:sz w:val="17"/>
              </w:rPr>
              <w:t>Kommune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2E28EE" w14:textId="77777777" w:rsidR="00597C11" w:rsidRPr="004C35F8" w:rsidRDefault="00000000">
            <w:r w:rsidRPr="004C35F8">
              <w:rPr>
                <w:sz w:val="17"/>
              </w:rPr>
              <w:t>[KOMMUNE]</w:t>
            </w:r>
          </w:p>
        </w:tc>
      </w:tr>
      <w:tr w:rsidR="00597C11" w:rsidRPr="004C35F8" w14:paraId="65F62D36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18EE88" w14:textId="77777777" w:rsidR="00597C11" w:rsidRPr="004C35F8" w:rsidRDefault="00000000">
            <w:r w:rsidRPr="004C35F8">
              <w:rPr>
                <w:sz w:val="17"/>
              </w:rPr>
              <w:t>Sogn/lokalområde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D83D7B0" w14:textId="77777777" w:rsidR="00597C11" w:rsidRPr="004C35F8" w:rsidRDefault="00000000">
            <w:r w:rsidRPr="004C35F8">
              <w:rPr>
                <w:sz w:val="17"/>
              </w:rPr>
              <w:t>[SOGN/OMRÅDE]</w:t>
            </w:r>
          </w:p>
        </w:tc>
      </w:tr>
      <w:tr w:rsidR="00597C11" w:rsidRPr="004C35F8" w14:paraId="2CD7F06D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0316C40" w14:textId="77777777" w:rsidR="00597C11" w:rsidRPr="004C35F8" w:rsidRDefault="00000000">
            <w:r w:rsidRPr="004C35F8">
              <w:rPr>
                <w:sz w:val="17"/>
              </w:rPr>
              <w:t>Geografisk afgrænsning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12A1D9" w14:textId="77777777" w:rsidR="00597C11" w:rsidRPr="004C35F8" w:rsidRDefault="00000000">
            <w:r w:rsidRPr="004C35F8">
              <w:rPr>
                <w:sz w:val="17"/>
              </w:rPr>
              <w:t>Beskriv hvilke veje, opland, postnumre eller andre grænser der indgår.</w:t>
            </w:r>
          </w:p>
        </w:tc>
      </w:tr>
      <w:tr w:rsidR="00597C11" w:rsidRPr="004C35F8" w14:paraId="0A59AE47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2F6355" w14:textId="77777777" w:rsidR="00597C11" w:rsidRPr="004C35F8" w:rsidRDefault="00000000">
            <w:r w:rsidRPr="004C35F8">
              <w:rPr>
                <w:sz w:val="17"/>
              </w:rPr>
              <w:t>Formålet med kortlægningen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0296A2" w14:textId="77777777" w:rsidR="00597C11" w:rsidRPr="004C35F8" w:rsidRDefault="00000000">
            <w:r w:rsidRPr="004C35F8">
              <w:rPr>
                <w:sz w:val="17"/>
              </w:rPr>
              <w:t>Fx udviklingsplan, bosætning, varme, erhverv, natur, fællesskab.</w:t>
            </w:r>
          </w:p>
        </w:tc>
      </w:tr>
      <w:tr w:rsidR="00597C11" w:rsidRPr="004C35F8" w14:paraId="42123120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7FA326" w14:textId="77777777" w:rsidR="00597C11" w:rsidRPr="004C35F8" w:rsidRDefault="00000000">
            <w:proofErr w:type="spellStart"/>
            <w:r w:rsidRPr="004C35F8">
              <w:rPr>
                <w:sz w:val="17"/>
              </w:rPr>
              <w:t>Referenceår</w:t>
            </w:r>
            <w:proofErr w:type="spellEnd"/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4A2BBFA" w14:textId="77777777" w:rsidR="00597C11" w:rsidRPr="004C35F8" w:rsidRDefault="00000000">
            <w:r w:rsidRPr="004C35F8">
              <w:rPr>
                <w:sz w:val="17"/>
              </w:rPr>
              <w:t>[ÅR]</w:t>
            </w:r>
          </w:p>
        </w:tc>
      </w:tr>
      <w:tr w:rsidR="00597C11" w:rsidRPr="004C35F8" w14:paraId="46BABA90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EF36128" w14:textId="77777777" w:rsidR="00597C11" w:rsidRPr="004C35F8" w:rsidRDefault="00000000">
            <w:proofErr w:type="spellStart"/>
            <w:r w:rsidRPr="004C35F8">
              <w:rPr>
                <w:sz w:val="17"/>
              </w:rPr>
              <w:t>Sammenligningsår</w:t>
            </w:r>
            <w:proofErr w:type="spellEnd"/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E30EC6" w14:textId="77777777" w:rsidR="00597C11" w:rsidRPr="004C35F8" w:rsidRDefault="00000000">
            <w:r w:rsidRPr="004C35F8">
              <w:rPr>
                <w:sz w:val="17"/>
              </w:rPr>
              <w:t>[ÅR / ÅR / ÅR]</w:t>
            </w:r>
          </w:p>
        </w:tc>
      </w:tr>
    </w:tbl>
    <w:p w14:paraId="04941117" w14:textId="77777777" w:rsidR="00597C11" w:rsidRPr="004C35F8" w:rsidRDefault="00000000">
      <w:pPr>
        <w:pStyle w:val="Overskrift2"/>
      </w:pPr>
      <w:r w:rsidRPr="004C35F8">
        <w:t>Kort afgrænsning og begrundelse</w:t>
      </w:r>
    </w:p>
    <w:p w14:paraId="3F604C9D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C67F1C8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AB3822F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03964116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64B8DB5" w14:textId="77777777" w:rsidR="00597C11" w:rsidRPr="004C35F8" w:rsidRDefault="00000000">
      <w:pPr>
        <w:pStyle w:val="Overskrift2"/>
      </w:pPr>
      <w:r w:rsidRPr="004C35F8">
        <w:t>Praktisk om dataafgrænsning</w:t>
      </w:r>
    </w:p>
    <w:p w14:paraId="0B8832BF" w14:textId="77777777" w:rsidR="00597C11" w:rsidRPr="004C35F8" w:rsidRDefault="00000000">
      <w:r w:rsidRPr="004C35F8">
        <w:t>Definér først, hvad data skal bruges til. Vær samtidig opmærksom på, at offentlige datasæt ofte følger kommune-, sogn- eller registergrænser, som ikke nødvendigvis er identiske med den landsby, I selv oplever som jeres lokalområde.</w:t>
      </w:r>
    </w:p>
    <w:p w14:paraId="030F82A3" w14:textId="77777777" w:rsidR="00597C11" w:rsidRPr="004C35F8" w:rsidRDefault="00000000">
      <w:pPr>
        <w:pStyle w:val="Overskrift1"/>
      </w:pPr>
      <w:r w:rsidRPr="004C35F8">
        <w:t>1. Befolkning og demografi</w:t>
      </w:r>
    </w:p>
    <w:p w14:paraId="05135201" w14:textId="77777777" w:rsidR="00597C11" w:rsidRPr="004C35F8" w:rsidRDefault="00000000">
      <w:r w:rsidRPr="004C35F8">
        <w:t>Befolkningsdata er et centralt grundlag for kortlægningen: folketal, udvikling over tid, aldersfordeling og antal børn i husstande. Danmarks Statistik kan bl.a. have data på sogneniveau.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1304"/>
        <w:gridCol w:w="1304"/>
        <w:gridCol w:w="1304"/>
        <w:gridCol w:w="3685"/>
      </w:tblGrid>
      <w:tr w:rsidR="00597C11" w:rsidRPr="004C35F8" w14:paraId="69C62EE5" w14:textId="77777777">
        <w:trPr>
          <w:cantSplit/>
          <w:tblHeader/>
          <w:jc w:val="center"/>
        </w:trPr>
        <w:tc>
          <w:tcPr>
            <w:tcW w:w="238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13D98FA" w14:textId="77777777" w:rsidR="00597C11" w:rsidRPr="004C35F8" w:rsidRDefault="00000000">
            <w:r w:rsidRPr="004C35F8">
              <w:rPr>
                <w:b/>
                <w:sz w:val="18"/>
              </w:rPr>
              <w:t>Nøgletal</w:t>
            </w:r>
          </w:p>
        </w:tc>
        <w:tc>
          <w:tcPr>
            <w:tcW w:w="130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3228A86" w14:textId="77777777" w:rsidR="00597C11" w:rsidRPr="004C35F8" w:rsidRDefault="00000000">
            <w:r w:rsidRPr="004C35F8">
              <w:rPr>
                <w:b/>
                <w:sz w:val="18"/>
              </w:rPr>
              <w:t>Seneste år</w:t>
            </w:r>
          </w:p>
        </w:tc>
        <w:tc>
          <w:tcPr>
            <w:tcW w:w="130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F290DD3" w14:textId="77777777" w:rsidR="00597C11" w:rsidRPr="004C35F8" w:rsidRDefault="00000000">
            <w:r w:rsidRPr="004C35F8">
              <w:rPr>
                <w:b/>
                <w:sz w:val="18"/>
              </w:rPr>
              <w:t>5 år før</w:t>
            </w:r>
          </w:p>
        </w:tc>
        <w:tc>
          <w:tcPr>
            <w:tcW w:w="130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50414A6" w14:textId="77777777" w:rsidR="00597C11" w:rsidRPr="004C35F8" w:rsidRDefault="00000000">
            <w:r w:rsidRPr="004C35F8">
              <w:rPr>
                <w:b/>
                <w:sz w:val="18"/>
              </w:rPr>
              <w:t>10 år før</w:t>
            </w:r>
          </w:p>
        </w:tc>
        <w:tc>
          <w:tcPr>
            <w:tcW w:w="368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898D23D" w14:textId="77777777" w:rsidR="00597C11" w:rsidRPr="004C35F8" w:rsidRDefault="00000000">
            <w:r w:rsidRPr="004C35F8">
              <w:rPr>
                <w:b/>
                <w:sz w:val="18"/>
              </w:rPr>
              <w:t>Bemærkning / hvad betyder det?</w:t>
            </w:r>
          </w:p>
        </w:tc>
      </w:tr>
      <w:tr w:rsidR="00597C11" w:rsidRPr="004C35F8" w14:paraId="79213CE8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0204FE" w14:textId="77777777" w:rsidR="00597C11" w:rsidRPr="004C35F8" w:rsidRDefault="00000000">
            <w:r w:rsidRPr="004C35F8">
              <w:rPr>
                <w:sz w:val="17"/>
              </w:rPr>
              <w:t>Indbyggertal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F868381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66FAFD2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B901D4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587E320" w14:textId="77777777" w:rsidR="00597C11" w:rsidRPr="004C35F8" w:rsidRDefault="00597C11"/>
        </w:tc>
      </w:tr>
      <w:tr w:rsidR="00597C11" w:rsidRPr="004C35F8" w14:paraId="16492E0D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2A7AE8" w14:textId="77777777" w:rsidR="00597C11" w:rsidRPr="004C35F8" w:rsidRDefault="00000000">
            <w:r w:rsidRPr="004C35F8">
              <w:rPr>
                <w:sz w:val="17"/>
              </w:rPr>
              <w:t>0-17 år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B9DC09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03B4998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D831DAA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15ED9B" w14:textId="77777777" w:rsidR="00597C11" w:rsidRPr="004C35F8" w:rsidRDefault="00597C11"/>
        </w:tc>
      </w:tr>
      <w:tr w:rsidR="00597C11" w:rsidRPr="004C35F8" w14:paraId="4F5E52CF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0785AEE" w14:textId="77777777" w:rsidR="00597C11" w:rsidRPr="004C35F8" w:rsidRDefault="00000000">
            <w:r w:rsidRPr="004C35F8">
              <w:rPr>
                <w:sz w:val="17"/>
              </w:rPr>
              <w:t>18-29 år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450465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6C68FC7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868D26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6E1CC0F" w14:textId="77777777" w:rsidR="00597C11" w:rsidRPr="004C35F8" w:rsidRDefault="00597C11"/>
        </w:tc>
      </w:tr>
      <w:tr w:rsidR="00597C11" w:rsidRPr="004C35F8" w14:paraId="551A5C3C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9BB6AC" w14:textId="77777777" w:rsidR="00597C11" w:rsidRPr="004C35F8" w:rsidRDefault="00000000">
            <w:r w:rsidRPr="004C35F8">
              <w:rPr>
                <w:sz w:val="17"/>
              </w:rPr>
              <w:t>30-49 år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BBDEC5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25DEFD3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C65DB3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D057304" w14:textId="77777777" w:rsidR="00597C11" w:rsidRPr="004C35F8" w:rsidRDefault="00597C11"/>
        </w:tc>
      </w:tr>
      <w:tr w:rsidR="00597C11" w:rsidRPr="004C35F8" w14:paraId="2A074FF2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514655" w14:textId="77777777" w:rsidR="00597C11" w:rsidRPr="004C35F8" w:rsidRDefault="00000000">
            <w:r w:rsidRPr="004C35F8">
              <w:rPr>
                <w:sz w:val="17"/>
              </w:rPr>
              <w:t>50-66 år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C04113C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315E311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9B4ECD3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CEE38D7" w14:textId="77777777" w:rsidR="00597C11" w:rsidRPr="004C35F8" w:rsidRDefault="00597C11"/>
        </w:tc>
      </w:tr>
      <w:tr w:rsidR="00597C11" w:rsidRPr="004C35F8" w14:paraId="60D32BB0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592C776" w14:textId="77777777" w:rsidR="00597C11" w:rsidRPr="004C35F8" w:rsidRDefault="00000000">
            <w:r w:rsidRPr="004C35F8">
              <w:rPr>
                <w:sz w:val="17"/>
              </w:rPr>
              <w:t>67+ år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FADDD3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1CA71E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743FDF8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672E54A" w14:textId="77777777" w:rsidR="00597C11" w:rsidRPr="004C35F8" w:rsidRDefault="00597C11"/>
        </w:tc>
      </w:tr>
      <w:tr w:rsidR="00597C11" w:rsidRPr="004C35F8" w14:paraId="0EBC77EF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3FD6AE" w14:textId="77777777" w:rsidR="00597C11" w:rsidRPr="004C35F8" w:rsidRDefault="00000000">
            <w:r w:rsidRPr="004C35F8">
              <w:rPr>
                <w:sz w:val="17"/>
              </w:rPr>
              <w:t>Antal børn/husstande (hvis muligt)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C1B9F96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C6172E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7429CE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74CBD6" w14:textId="77777777" w:rsidR="00597C11" w:rsidRPr="004C35F8" w:rsidRDefault="00597C11"/>
        </w:tc>
      </w:tr>
      <w:tr w:rsidR="00597C11" w:rsidRPr="004C35F8" w14:paraId="42C2A896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51BF39" w14:textId="77777777" w:rsidR="00597C11" w:rsidRPr="004C35F8" w:rsidRDefault="00000000">
            <w:r w:rsidRPr="004C35F8">
              <w:rPr>
                <w:sz w:val="17"/>
              </w:rPr>
              <w:t>Til-/fraflytning (hvis muligt)</w:t>
            </w:r>
          </w:p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21DEC6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46C2F83" w14:textId="77777777" w:rsidR="00597C11" w:rsidRPr="004C35F8" w:rsidRDefault="00597C11"/>
        </w:tc>
        <w:tc>
          <w:tcPr>
            <w:tcW w:w="130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67AFC6" w14:textId="77777777" w:rsidR="00597C11" w:rsidRPr="004C35F8" w:rsidRDefault="00597C11"/>
        </w:tc>
        <w:tc>
          <w:tcPr>
            <w:tcW w:w="368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CF0A16" w14:textId="77777777" w:rsidR="00597C11" w:rsidRPr="004C35F8" w:rsidRDefault="00597C11"/>
        </w:tc>
      </w:tr>
    </w:tbl>
    <w:p w14:paraId="40CA5DFB" w14:textId="77777777" w:rsidR="00597C11" w:rsidRPr="004C35F8" w:rsidRDefault="00000000">
      <w:pPr>
        <w:pStyle w:val="SmallNote"/>
        <w:rPr>
          <w:lang w:val="da-DK"/>
        </w:rPr>
      </w:pPr>
      <w:r w:rsidRPr="004C35F8">
        <w:rPr>
          <w:lang w:val="da-DK"/>
        </w:rPr>
        <w:t>Datakilde: https://www.statbank.dk/ – søg fx på “sogn”.</w:t>
      </w:r>
    </w:p>
    <w:p w14:paraId="2E8437B5" w14:textId="77777777" w:rsidR="00597C11" w:rsidRPr="004C35F8" w:rsidRDefault="00000000">
      <w:pPr>
        <w:pStyle w:val="Opstilling-punkttegn"/>
        <w:spacing w:after="30"/>
      </w:pPr>
      <w:r w:rsidRPr="004C35F8">
        <w:t>Beregn udviklingen i procent, ikke kun i antal personer.</w:t>
      </w:r>
    </w:p>
    <w:p w14:paraId="2159E635" w14:textId="77777777" w:rsidR="00597C11" w:rsidRPr="004C35F8" w:rsidRDefault="00000000">
      <w:pPr>
        <w:pStyle w:val="Opstilling-punkttegn"/>
        <w:spacing w:after="30"/>
      </w:pPr>
      <w:r w:rsidRPr="004C35F8">
        <w:t>Sammenlign aldersprofilen med kommunen som helhed.</w:t>
      </w:r>
    </w:p>
    <w:p w14:paraId="10E155B9" w14:textId="77777777" w:rsidR="00597C11" w:rsidRPr="004C35F8" w:rsidRDefault="00000000">
      <w:pPr>
        <w:pStyle w:val="Opstilling-punkttegn"/>
        <w:spacing w:after="30"/>
      </w:pPr>
      <w:r w:rsidRPr="004C35F8">
        <w:t>Notér om udviklingen drives af enkelte aldersgrupper, fx færre børn eller flere ældre.</w:t>
      </w:r>
    </w:p>
    <w:p w14:paraId="2FA26536" w14:textId="77777777" w:rsidR="00597C11" w:rsidRPr="004C35F8" w:rsidRDefault="00000000">
      <w:pPr>
        <w:pStyle w:val="Opstilling-punkttegn"/>
        <w:spacing w:after="30"/>
      </w:pPr>
      <w:r w:rsidRPr="004C35F8">
        <w:t>Hvis landsbyen ikke følger sognegrænsen, bed kommunen om et geografisk afgrænset udtræk.</w:t>
      </w:r>
    </w:p>
    <w:p w14:paraId="04119BA4" w14:textId="77777777" w:rsidR="00597C11" w:rsidRPr="004C35F8" w:rsidRDefault="00000000">
      <w:pPr>
        <w:pStyle w:val="Overskrift2"/>
      </w:pPr>
      <w:r w:rsidRPr="004C35F8">
        <w:t>Kort konklusion om befolkningen</w:t>
      </w:r>
    </w:p>
    <w:p w14:paraId="328C9FF2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57E0D7B0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7BF4D6E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lastRenderedPageBreak/>
        <w:t>________________________________________________________________________________</w:t>
      </w:r>
    </w:p>
    <w:p w14:paraId="310A74A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9297ED5" w14:textId="77777777" w:rsidR="00597C11" w:rsidRPr="004C35F8" w:rsidRDefault="00000000">
      <w:pPr>
        <w:pStyle w:val="Overskrift1"/>
      </w:pPr>
      <w:r w:rsidRPr="004C35F8">
        <w:t>2. Boliger og bygningsmasse</w:t>
      </w:r>
    </w:p>
    <w:p w14:paraId="47F3A79E" w14:textId="77777777" w:rsidR="00597C11" w:rsidRPr="004C35F8" w:rsidRDefault="00000000">
      <w:r w:rsidRPr="004C35F8">
        <w:t>BBR kan bruges til oplysninger om bygninger, størrelse, opvarmningsform, byggesager og adgangsforhold. OIS egner sig især til enkeltopslag; ved behov for samlede udtræk kan kommunen kontaktes.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665"/>
        <w:gridCol w:w="1814"/>
        <w:gridCol w:w="1871"/>
        <w:gridCol w:w="3515"/>
      </w:tblGrid>
      <w:tr w:rsidR="00597C11" w:rsidRPr="004C35F8" w14:paraId="68C7B420" w14:textId="77777777">
        <w:trPr>
          <w:cantSplit/>
          <w:tblHeader/>
          <w:jc w:val="center"/>
        </w:trPr>
        <w:tc>
          <w:tcPr>
            <w:tcW w:w="266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9722426" w14:textId="77777777" w:rsidR="00597C11" w:rsidRPr="004C35F8" w:rsidRDefault="00000000">
            <w:r w:rsidRPr="004C35F8">
              <w:rPr>
                <w:b/>
                <w:sz w:val="18"/>
              </w:rPr>
              <w:t>Hvad kortlægges?</w:t>
            </w:r>
          </w:p>
        </w:tc>
        <w:tc>
          <w:tcPr>
            <w:tcW w:w="181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AE1B825" w14:textId="77777777" w:rsidR="00597C11" w:rsidRPr="004C35F8" w:rsidRDefault="00000000">
            <w:r w:rsidRPr="004C35F8">
              <w:rPr>
                <w:b/>
                <w:sz w:val="18"/>
              </w:rPr>
              <w:t>Nøgletal/fakta</w:t>
            </w:r>
          </w:p>
        </w:tc>
        <w:tc>
          <w:tcPr>
            <w:tcW w:w="187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0624453" w14:textId="77777777" w:rsidR="00597C11" w:rsidRPr="004C35F8" w:rsidRDefault="00000000">
            <w:r w:rsidRPr="004C35F8">
              <w:rPr>
                <w:b/>
                <w:sz w:val="18"/>
              </w:rPr>
              <w:t>Kilde</w:t>
            </w:r>
          </w:p>
        </w:tc>
        <w:tc>
          <w:tcPr>
            <w:tcW w:w="351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4E3F8AB" w14:textId="77777777" w:rsidR="00597C11" w:rsidRPr="004C35F8" w:rsidRDefault="00000000">
            <w:r w:rsidRPr="004C35F8">
              <w:rPr>
                <w:b/>
                <w:sz w:val="18"/>
              </w:rPr>
              <w:t>Bemærkning / fortolkning</w:t>
            </w:r>
          </w:p>
        </w:tc>
      </w:tr>
      <w:tr w:rsidR="00597C11" w:rsidRPr="004C35F8" w14:paraId="154AC275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562124" w14:textId="77777777" w:rsidR="00597C11" w:rsidRPr="004C35F8" w:rsidRDefault="00000000">
            <w:r w:rsidRPr="004C35F8">
              <w:rPr>
                <w:sz w:val="17"/>
              </w:rPr>
              <w:t>Antal boliger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342430A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128BC1" w14:textId="77777777" w:rsidR="00597C11" w:rsidRPr="004C35F8" w:rsidRDefault="00000000">
            <w:r w:rsidRPr="004C35F8">
              <w:rPr>
                <w:sz w:val="17"/>
              </w:rPr>
              <w:t>BBR / kommune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2886300" w14:textId="77777777" w:rsidR="00597C11" w:rsidRPr="004C35F8" w:rsidRDefault="00597C11"/>
        </w:tc>
      </w:tr>
      <w:tr w:rsidR="00597C11" w:rsidRPr="004C35F8" w14:paraId="2FB36BE7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12B29B" w14:textId="77777777" w:rsidR="00597C11" w:rsidRPr="004C35F8" w:rsidRDefault="00000000">
            <w:r w:rsidRPr="004C35F8">
              <w:rPr>
                <w:sz w:val="17"/>
              </w:rPr>
              <w:t>Ejer-/lejeboliger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85AD5AE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C420F1" w14:textId="77777777" w:rsidR="00597C11" w:rsidRPr="004C35F8" w:rsidRDefault="00000000">
            <w:r w:rsidRPr="004C35F8">
              <w:rPr>
                <w:sz w:val="17"/>
              </w:rPr>
              <w:t>BBR / kommune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230A83F" w14:textId="77777777" w:rsidR="00597C11" w:rsidRPr="004C35F8" w:rsidRDefault="00597C11"/>
        </w:tc>
      </w:tr>
      <w:tr w:rsidR="00597C11" w:rsidRPr="004C35F8" w14:paraId="31C3F3C4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13F4FCB" w14:textId="77777777" w:rsidR="00597C11" w:rsidRPr="004C35F8" w:rsidRDefault="00000000">
            <w:r w:rsidRPr="004C35F8">
              <w:rPr>
                <w:sz w:val="17"/>
              </w:rPr>
              <w:t>Helårs-/fritidsboliger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E4CE2D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8C66D5D" w14:textId="77777777" w:rsidR="00597C11" w:rsidRPr="004C35F8" w:rsidRDefault="00000000">
            <w:r w:rsidRPr="004C35F8">
              <w:rPr>
                <w:sz w:val="17"/>
              </w:rPr>
              <w:t>BBR / kommune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5E5A89" w14:textId="77777777" w:rsidR="00597C11" w:rsidRPr="004C35F8" w:rsidRDefault="00597C11"/>
        </w:tc>
      </w:tr>
      <w:tr w:rsidR="00597C11" w:rsidRPr="004C35F8" w14:paraId="2C8B9957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6B704F" w14:textId="77777777" w:rsidR="00597C11" w:rsidRPr="004C35F8" w:rsidRDefault="00000000">
            <w:r w:rsidRPr="004C35F8">
              <w:rPr>
                <w:sz w:val="17"/>
              </w:rPr>
              <w:t>Boligtyper og størrelser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C052D4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365778" w14:textId="77777777" w:rsidR="00597C11" w:rsidRPr="004C35F8" w:rsidRDefault="00000000">
            <w:r w:rsidRPr="004C35F8">
              <w:rPr>
                <w:sz w:val="17"/>
              </w:rPr>
              <w:t>BBR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5C6893D" w14:textId="77777777" w:rsidR="00597C11" w:rsidRPr="004C35F8" w:rsidRDefault="00597C11"/>
        </w:tc>
      </w:tr>
      <w:tr w:rsidR="00597C11" w:rsidRPr="004C35F8" w14:paraId="0D4F8445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2867095" w14:textId="77777777" w:rsidR="00597C11" w:rsidRPr="004C35F8" w:rsidRDefault="00000000">
            <w:proofErr w:type="spellStart"/>
            <w:r w:rsidRPr="004C35F8">
              <w:rPr>
                <w:sz w:val="17"/>
              </w:rPr>
              <w:t>Opførelsesår</w:t>
            </w:r>
            <w:proofErr w:type="spellEnd"/>
            <w:r w:rsidRPr="004C35F8">
              <w:rPr>
                <w:sz w:val="17"/>
              </w:rPr>
              <w:t xml:space="preserve"> / bygningsalder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A99ACA9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81D9DD" w14:textId="77777777" w:rsidR="00597C11" w:rsidRPr="004C35F8" w:rsidRDefault="00000000">
            <w:r w:rsidRPr="004C35F8">
              <w:rPr>
                <w:sz w:val="17"/>
              </w:rPr>
              <w:t>BBR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48FD79D" w14:textId="77777777" w:rsidR="00597C11" w:rsidRPr="004C35F8" w:rsidRDefault="00597C11"/>
        </w:tc>
      </w:tr>
      <w:tr w:rsidR="00597C11" w:rsidRPr="004C35F8" w14:paraId="4DE77FE7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920390" w14:textId="77777777" w:rsidR="00597C11" w:rsidRPr="004C35F8" w:rsidRDefault="00000000">
            <w:r w:rsidRPr="004C35F8">
              <w:rPr>
                <w:sz w:val="17"/>
              </w:rPr>
              <w:t>Opvarmningsformer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29F8382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84BDAF" w14:textId="77777777" w:rsidR="00597C11" w:rsidRPr="004C35F8" w:rsidRDefault="00000000">
            <w:r w:rsidRPr="004C35F8">
              <w:rPr>
                <w:sz w:val="17"/>
              </w:rPr>
              <w:t>BBR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B6DC9E7" w14:textId="77777777" w:rsidR="00597C11" w:rsidRPr="004C35F8" w:rsidRDefault="00597C11"/>
        </w:tc>
      </w:tr>
      <w:tr w:rsidR="00597C11" w:rsidRPr="004C35F8" w14:paraId="6AEBE6AD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22AAB7" w14:textId="77777777" w:rsidR="00597C11" w:rsidRPr="004C35F8" w:rsidRDefault="00000000">
            <w:r w:rsidRPr="004C35F8">
              <w:rPr>
                <w:sz w:val="17"/>
              </w:rPr>
              <w:t>Tomme boliger / ubeboede ejendomme (hvis muligt)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FC1A9A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B9563E8" w14:textId="77777777" w:rsidR="00597C11" w:rsidRPr="004C35F8" w:rsidRDefault="00000000">
            <w:r w:rsidRPr="004C35F8">
              <w:rPr>
                <w:sz w:val="17"/>
              </w:rPr>
              <w:t>Kommune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D268C95" w14:textId="77777777" w:rsidR="00597C11" w:rsidRPr="004C35F8" w:rsidRDefault="00597C11"/>
        </w:tc>
      </w:tr>
      <w:tr w:rsidR="00597C11" w:rsidRPr="004C35F8" w14:paraId="2D33D0A1" w14:textId="77777777">
        <w:trPr>
          <w:cantSplit/>
          <w:jc w:val="center"/>
        </w:trPr>
        <w:tc>
          <w:tcPr>
            <w:tcW w:w="266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6FD5DAD" w14:textId="77777777" w:rsidR="00597C11" w:rsidRPr="004C35F8" w:rsidRDefault="00000000">
            <w:r w:rsidRPr="004C35F8">
              <w:rPr>
                <w:sz w:val="17"/>
              </w:rPr>
              <w:t>Byggesager / nybyggeri de seneste år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FFA62A" w14:textId="77777777" w:rsidR="00597C11" w:rsidRPr="004C35F8" w:rsidRDefault="00597C11"/>
        </w:tc>
        <w:tc>
          <w:tcPr>
            <w:tcW w:w="187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967DE4" w14:textId="77777777" w:rsidR="00597C11" w:rsidRPr="004C35F8" w:rsidRDefault="00000000">
            <w:r w:rsidRPr="004C35F8">
              <w:rPr>
                <w:sz w:val="17"/>
              </w:rPr>
              <w:t>Kommune</w:t>
            </w:r>
          </w:p>
        </w:tc>
        <w:tc>
          <w:tcPr>
            <w:tcW w:w="351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684535" w14:textId="77777777" w:rsidR="00597C11" w:rsidRPr="004C35F8" w:rsidRDefault="00597C11"/>
        </w:tc>
      </w:tr>
    </w:tbl>
    <w:p w14:paraId="37D78A2E" w14:textId="77777777" w:rsidR="00597C11" w:rsidRPr="004C35F8" w:rsidRDefault="00000000">
      <w:pPr>
        <w:pStyle w:val="SmallNote"/>
        <w:rPr>
          <w:lang w:val="da-DK"/>
        </w:rPr>
      </w:pPr>
      <w:r w:rsidRPr="004C35F8">
        <w:rPr>
          <w:lang w:val="da-DK"/>
        </w:rPr>
        <w:t>Datakilde: https://ois.dk/ til enkeltopslag. Supplér eventuelt med kommunale data om ejer- og lejeboliger.</w:t>
      </w:r>
    </w:p>
    <w:p w14:paraId="62DCCA72" w14:textId="77777777" w:rsidR="00597C11" w:rsidRPr="004C35F8" w:rsidRDefault="00000000">
      <w:pPr>
        <w:pStyle w:val="Opstilling-punkttegn"/>
        <w:spacing w:after="30"/>
      </w:pPr>
      <w:r w:rsidRPr="004C35F8">
        <w:t>Vurder om boligudbuddet matcher de grupper, landsbyen gerne vil fastholde eller tiltrække.</w:t>
      </w:r>
    </w:p>
    <w:p w14:paraId="4B4F590C" w14:textId="77777777" w:rsidR="00597C11" w:rsidRPr="004C35F8" w:rsidRDefault="00000000">
      <w:pPr>
        <w:pStyle w:val="Opstilling-punkttegn"/>
        <w:spacing w:after="30"/>
      </w:pPr>
      <w:r w:rsidRPr="004C35F8">
        <w:t>Kortlæg eventuelle byggegrunde, omdannelsesmuligheder og større tomme bygninger.</w:t>
      </w:r>
    </w:p>
    <w:p w14:paraId="3E17EED6" w14:textId="77777777" w:rsidR="00597C11" w:rsidRPr="004C35F8" w:rsidRDefault="00000000">
      <w:pPr>
        <w:pStyle w:val="Opstilling-punkttegn"/>
        <w:spacing w:after="30"/>
      </w:pPr>
      <w:r w:rsidRPr="004C35F8">
        <w:t>Se på omsætningstid og prisudvikling, hvis der findes pålidelige lokale data.</w:t>
      </w:r>
    </w:p>
    <w:p w14:paraId="37325A8A" w14:textId="77777777" w:rsidR="00597C11" w:rsidRPr="004C35F8" w:rsidRDefault="00000000">
      <w:pPr>
        <w:pStyle w:val="Opstilling-punkttegn"/>
        <w:spacing w:after="30"/>
      </w:pPr>
      <w:r w:rsidRPr="004C35F8">
        <w:t>Notér barrierer: lokalplan, landzone, spildevand, trafik, naturbeskyttelse eller manglende byggemodning.</w:t>
      </w:r>
    </w:p>
    <w:p w14:paraId="21C82EF6" w14:textId="77777777" w:rsidR="00597C11" w:rsidRPr="004C35F8" w:rsidRDefault="00000000">
      <w:pPr>
        <w:pStyle w:val="Overskrift2"/>
      </w:pPr>
      <w:r w:rsidRPr="004C35F8">
        <w:t>Kort konklusion om boliger</w:t>
      </w:r>
    </w:p>
    <w:p w14:paraId="17BE4A2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A2F1872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BC9D7A7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096326D2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BD4F139" w14:textId="77777777" w:rsidR="00597C11" w:rsidRPr="004C35F8" w:rsidRDefault="00000000">
      <w:pPr>
        <w:pStyle w:val="Overskrift1"/>
      </w:pPr>
      <w:r w:rsidRPr="004C35F8">
        <w:t>3. Erhverv, virksomheder og arbejdspladser</w:t>
      </w:r>
    </w:p>
    <w:p w14:paraId="7336F49E" w14:textId="77777777" w:rsidR="00597C11" w:rsidRPr="004C35F8" w:rsidRDefault="00000000">
      <w:r w:rsidRPr="004C35F8">
        <w:t>CVR kan bruges som kilde til virksomheder, foreninger og offentlige myndigheder. Vær opmærksom på forskellen mellem CVR-nummer og P-nummer: et CVR kan være registreret på en ejer- eller kontoradresse, mens P-nummeret knytter sig til produktionsenheden, hvor aktiviteten faktisk foregår.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1928"/>
        <w:gridCol w:w="1587"/>
        <w:gridCol w:w="1701"/>
        <w:gridCol w:w="2268"/>
      </w:tblGrid>
      <w:tr w:rsidR="00597C11" w:rsidRPr="004C35F8" w14:paraId="37AED067" w14:textId="77777777">
        <w:trPr>
          <w:cantSplit/>
          <w:tblHeader/>
          <w:jc w:val="center"/>
        </w:trPr>
        <w:tc>
          <w:tcPr>
            <w:tcW w:w="238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E53343B" w14:textId="77777777" w:rsidR="00597C11" w:rsidRPr="004C35F8" w:rsidRDefault="00000000">
            <w:r w:rsidRPr="004C35F8">
              <w:rPr>
                <w:b/>
                <w:sz w:val="18"/>
              </w:rPr>
              <w:t>Virksomhed/aktør</w:t>
            </w:r>
          </w:p>
        </w:tc>
        <w:tc>
          <w:tcPr>
            <w:tcW w:w="192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9078562" w14:textId="77777777" w:rsidR="00597C11" w:rsidRPr="004C35F8" w:rsidRDefault="00000000">
            <w:r w:rsidRPr="004C35F8">
              <w:rPr>
                <w:b/>
                <w:sz w:val="18"/>
              </w:rPr>
              <w:t>Branche/aktivitet</w:t>
            </w:r>
          </w:p>
        </w:tc>
        <w:tc>
          <w:tcPr>
            <w:tcW w:w="1587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0950B85" w14:textId="77777777" w:rsidR="00597C11" w:rsidRPr="004C35F8" w:rsidRDefault="00000000">
            <w:r w:rsidRPr="004C35F8">
              <w:rPr>
                <w:b/>
                <w:sz w:val="18"/>
              </w:rPr>
              <w:t>CVR/P-nr.</w:t>
            </w:r>
          </w:p>
        </w:tc>
        <w:tc>
          <w:tcPr>
            <w:tcW w:w="170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0E7BE2A" w14:textId="77777777" w:rsidR="00597C11" w:rsidRPr="004C35F8" w:rsidRDefault="00000000">
            <w:r w:rsidRPr="004C35F8">
              <w:rPr>
                <w:b/>
                <w:sz w:val="18"/>
              </w:rPr>
              <w:t>Arbejdspladser (hvis kendt)</w:t>
            </w:r>
          </w:p>
        </w:tc>
        <w:tc>
          <w:tcPr>
            <w:tcW w:w="226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5772AB9" w14:textId="77777777" w:rsidR="00597C11" w:rsidRPr="004C35F8" w:rsidRDefault="00000000">
            <w:r w:rsidRPr="004C35F8">
              <w:rPr>
                <w:b/>
                <w:sz w:val="18"/>
              </w:rPr>
              <w:t>Mulig lokal rolle/samarbejde</w:t>
            </w:r>
          </w:p>
        </w:tc>
      </w:tr>
      <w:tr w:rsidR="00597C11" w:rsidRPr="004C35F8" w14:paraId="19350CD8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7DC70D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C4A0A14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F715843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53E89F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0FCCEB" w14:textId="77777777" w:rsidR="00597C11" w:rsidRPr="004C35F8" w:rsidRDefault="00597C11"/>
        </w:tc>
      </w:tr>
      <w:tr w:rsidR="00597C11" w:rsidRPr="004C35F8" w14:paraId="28CA0FCC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33A7A29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6D3982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43F610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438261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4ED906B" w14:textId="77777777" w:rsidR="00597C11" w:rsidRPr="004C35F8" w:rsidRDefault="00597C11"/>
        </w:tc>
      </w:tr>
      <w:tr w:rsidR="00597C11" w:rsidRPr="004C35F8" w14:paraId="48E02410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ACCBE0D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BA3FAB9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CD66ABD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8C9C533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9F2F22" w14:textId="77777777" w:rsidR="00597C11" w:rsidRPr="004C35F8" w:rsidRDefault="00597C11"/>
        </w:tc>
      </w:tr>
      <w:tr w:rsidR="00597C11" w:rsidRPr="004C35F8" w14:paraId="6A2BDC92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9D44544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72182C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7161AFE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6162EEE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C134430" w14:textId="77777777" w:rsidR="00597C11" w:rsidRPr="004C35F8" w:rsidRDefault="00597C11"/>
        </w:tc>
      </w:tr>
      <w:tr w:rsidR="00597C11" w:rsidRPr="004C35F8" w14:paraId="0616E293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FB9C5E6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4E9E1E0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8AEF45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09F9F1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5C65E27" w14:textId="77777777" w:rsidR="00597C11" w:rsidRPr="004C35F8" w:rsidRDefault="00597C11"/>
        </w:tc>
      </w:tr>
      <w:tr w:rsidR="00597C11" w:rsidRPr="004C35F8" w14:paraId="5D4E001C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6FEE42A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B83F306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00F303B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BA1570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AD52088" w14:textId="77777777" w:rsidR="00597C11" w:rsidRPr="004C35F8" w:rsidRDefault="00597C11"/>
        </w:tc>
      </w:tr>
      <w:tr w:rsidR="00597C11" w:rsidRPr="004C35F8" w14:paraId="7A93304B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4671202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12A966A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D9497B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FE4DFE1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6D9FAB" w14:textId="77777777" w:rsidR="00597C11" w:rsidRPr="004C35F8" w:rsidRDefault="00597C11"/>
        </w:tc>
      </w:tr>
      <w:tr w:rsidR="00597C11" w:rsidRPr="004C35F8" w14:paraId="42C429BD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B0B0E4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7F2093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C118A15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7EB29F0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3B49BA8" w14:textId="77777777" w:rsidR="00597C11" w:rsidRPr="004C35F8" w:rsidRDefault="00597C11"/>
        </w:tc>
      </w:tr>
      <w:tr w:rsidR="00597C11" w:rsidRPr="004C35F8" w14:paraId="58E1801F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A8209DA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C0FA5C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B519987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7B9E6A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79488F" w14:textId="77777777" w:rsidR="00597C11" w:rsidRPr="004C35F8" w:rsidRDefault="00597C11"/>
        </w:tc>
      </w:tr>
      <w:tr w:rsidR="00597C11" w:rsidRPr="004C35F8" w14:paraId="6048B4A4" w14:textId="77777777">
        <w:trPr>
          <w:cantSplit/>
          <w:jc w:val="center"/>
        </w:trPr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FD0DDC" w14:textId="77777777" w:rsidR="00597C11" w:rsidRPr="004C35F8" w:rsidRDefault="00597C11"/>
        </w:tc>
        <w:tc>
          <w:tcPr>
            <w:tcW w:w="192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09A0A4" w14:textId="77777777" w:rsidR="00597C11" w:rsidRPr="004C35F8" w:rsidRDefault="00597C11"/>
        </w:tc>
        <w:tc>
          <w:tcPr>
            <w:tcW w:w="1587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C6486C0" w14:textId="77777777" w:rsidR="00597C11" w:rsidRPr="004C35F8" w:rsidRDefault="00597C11"/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7923F0D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89C49E" w14:textId="77777777" w:rsidR="00597C11" w:rsidRPr="004C35F8" w:rsidRDefault="00597C11"/>
        </w:tc>
      </w:tr>
    </w:tbl>
    <w:p w14:paraId="6046F036" w14:textId="77777777" w:rsidR="00597C11" w:rsidRPr="004C35F8" w:rsidRDefault="00000000">
      <w:pPr>
        <w:pStyle w:val="SmallNote"/>
        <w:rPr>
          <w:lang w:val="da-DK"/>
        </w:rPr>
      </w:pPr>
      <w:r w:rsidRPr="004C35F8">
        <w:rPr>
          <w:lang w:val="da-DK"/>
        </w:rPr>
        <w:t>Datakilde: https://datacvr.virk.dk/ – søg og afgræns geografisk; ved mere specifikke udtræk kan kommunen kontaktes.</w:t>
      </w:r>
    </w:p>
    <w:p w14:paraId="1C7A3264" w14:textId="77777777" w:rsidR="00597C11" w:rsidRPr="004C35F8" w:rsidRDefault="00000000">
      <w:pPr>
        <w:pStyle w:val="Opstilling-punkttegn"/>
        <w:spacing w:after="30"/>
      </w:pPr>
      <w:r w:rsidRPr="004C35F8">
        <w:t>Skeln mellem registrerede virksomheder og virksomheder, der reelt har aktivitet i landsbyen.</w:t>
      </w:r>
    </w:p>
    <w:p w14:paraId="16EBF9F3" w14:textId="77777777" w:rsidR="00597C11" w:rsidRPr="004C35F8" w:rsidRDefault="00000000">
      <w:pPr>
        <w:pStyle w:val="Opstilling-punkttegn"/>
        <w:spacing w:after="30"/>
      </w:pPr>
      <w:r w:rsidRPr="004C35F8">
        <w:t>Medtag landbrug, håndværk, turisme, detail, liberale erhverv og hjemmearbejdspladser, hvis de har betydning lokalt.</w:t>
      </w:r>
    </w:p>
    <w:p w14:paraId="75E0AE06" w14:textId="77777777" w:rsidR="00597C11" w:rsidRPr="004C35F8" w:rsidRDefault="00000000">
      <w:pPr>
        <w:pStyle w:val="Opstilling-punkttegn"/>
        <w:spacing w:after="30"/>
      </w:pPr>
      <w:r w:rsidRPr="004C35F8">
        <w:t>Notér virksomheder, der allerede støtter lokale aktiviteter, eller som kan være samarbejdspartnere.</w:t>
      </w:r>
    </w:p>
    <w:p w14:paraId="478118B6" w14:textId="77777777" w:rsidR="00597C11" w:rsidRPr="004C35F8" w:rsidRDefault="00000000">
      <w:pPr>
        <w:pStyle w:val="Opstilling-punkttegn"/>
        <w:spacing w:after="30"/>
      </w:pPr>
      <w:r w:rsidRPr="004C35F8">
        <w:t>Kortlæg eventuelle erhvervslokaler, værksteder eller tomme erhvervsbygninger.</w:t>
      </w:r>
    </w:p>
    <w:p w14:paraId="3E9DD3C3" w14:textId="77777777" w:rsidR="00597C11" w:rsidRPr="004C35F8" w:rsidRDefault="00000000">
      <w:pPr>
        <w:pStyle w:val="Overskrift2"/>
      </w:pPr>
      <w:r w:rsidRPr="004C35F8">
        <w:t>Kort konklusion om erhverv</w:t>
      </w:r>
    </w:p>
    <w:p w14:paraId="47D1AAEB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5196D35C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22375008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F06140E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73C2C0F" w14:textId="77777777" w:rsidR="00597C11" w:rsidRPr="004C35F8" w:rsidRDefault="00000000">
      <w:pPr>
        <w:pStyle w:val="Overskrift1"/>
      </w:pPr>
      <w:r w:rsidRPr="004C35F8">
        <w:t>4. Service, institutioner, foreninger og mødesteder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2147"/>
        <w:gridCol w:w="1661"/>
        <w:gridCol w:w="2220"/>
        <w:gridCol w:w="2296"/>
      </w:tblGrid>
      <w:tr w:rsidR="00597C11" w:rsidRPr="004C35F8" w14:paraId="49FB8909" w14:textId="77777777">
        <w:trPr>
          <w:cantSplit/>
          <w:tblHeader/>
          <w:jc w:val="center"/>
        </w:trPr>
        <w:tc>
          <w:tcPr>
            <w:tcW w:w="204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A732686" w14:textId="77777777" w:rsidR="00597C11" w:rsidRPr="004C35F8" w:rsidRDefault="00000000">
            <w:r w:rsidRPr="004C35F8">
              <w:rPr>
                <w:b/>
                <w:sz w:val="18"/>
              </w:rPr>
              <w:t>Aktør/sted</w:t>
            </w:r>
          </w:p>
        </w:tc>
        <w:tc>
          <w:tcPr>
            <w:tcW w:w="204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E99ABCE" w14:textId="77777777" w:rsidR="00597C11" w:rsidRPr="004C35F8" w:rsidRDefault="00000000">
            <w:r w:rsidRPr="004C35F8">
              <w:rPr>
                <w:b/>
                <w:sz w:val="18"/>
              </w:rPr>
              <w:t>Type</w:t>
            </w:r>
          </w:p>
        </w:tc>
        <w:tc>
          <w:tcPr>
            <w:tcW w:w="170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86108D3" w14:textId="77777777" w:rsidR="00597C11" w:rsidRPr="004C35F8" w:rsidRDefault="00000000">
            <w:r w:rsidRPr="004C35F8">
              <w:rPr>
                <w:b/>
                <w:sz w:val="18"/>
              </w:rPr>
              <w:t>Målgruppe</w:t>
            </w:r>
          </w:p>
        </w:tc>
        <w:tc>
          <w:tcPr>
            <w:tcW w:w="226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D9C84C1" w14:textId="77777777" w:rsidR="00597C11" w:rsidRPr="004C35F8" w:rsidRDefault="00000000">
            <w:r w:rsidRPr="004C35F8">
              <w:rPr>
                <w:b/>
                <w:sz w:val="18"/>
              </w:rPr>
              <w:t>Aktivitetsniveau / anvendelse</w:t>
            </w:r>
          </w:p>
        </w:tc>
        <w:tc>
          <w:tcPr>
            <w:tcW w:w="238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89DD4DA" w14:textId="77777777" w:rsidR="00597C11" w:rsidRPr="004C35F8" w:rsidRDefault="00000000">
            <w:r w:rsidRPr="004C35F8">
              <w:rPr>
                <w:b/>
                <w:sz w:val="18"/>
              </w:rPr>
              <w:t>Betydning for landsbyen</w:t>
            </w:r>
          </w:p>
        </w:tc>
      </w:tr>
      <w:tr w:rsidR="00597C11" w:rsidRPr="004C35F8" w14:paraId="2267BA20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1C4EFF1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35C9F2" w14:textId="77777777" w:rsidR="00597C11" w:rsidRPr="004C35F8" w:rsidRDefault="00000000">
            <w:r w:rsidRPr="004C35F8">
              <w:rPr>
                <w:sz w:val="17"/>
              </w:rPr>
              <w:t>Dagtilbud/skole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990F0C7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71CE0C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0FA6E57" w14:textId="77777777" w:rsidR="00597C11" w:rsidRPr="004C35F8" w:rsidRDefault="00597C11"/>
        </w:tc>
      </w:tr>
      <w:tr w:rsidR="00597C11" w:rsidRPr="004C35F8" w14:paraId="265FE6E9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05C3226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BFC9695" w14:textId="77777777" w:rsidR="00597C11" w:rsidRPr="004C35F8" w:rsidRDefault="00000000">
            <w:r w:rsidRPr="004C35F8">
              <w:rPr>
                <w:sz w:val="17"/>
              </w:rPr>
              <w:t>Forsamlingshus/kulturhus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429D238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372972B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1E2AE2" w14:textId="77777777" w:rsidR="00597C11" w:rsidRPr="004C35F8" w:rsidRDefault="00597C11"/>
        </w:tc>
      </w:tr>
      <w:tr w:rsidR="00597C11" w:rsidRPr="004C35F8" w14:paraId="2DE4998D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2A4512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8A8A7DF" w14:textId="77777777" w:rsidR="00597C11" w:rsidRPr="004C35F8" w:rsidRDefault="00000000">
            <w:r w:rsidRPr="004C35F8">
              <w:rPr>
                <w:sz w:val="17"/>
              </w:rPr>
              <w:t>Idrætsfaciliteter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93CD1CF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D49A3BA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D1AF2E2" w14:textId="77777777" w:rsidR="00597C11" w:rsidRPr="004C35F8" w:rsidRDefault="00597C11"/>
        </w:tc>
      </w:tr>
      <w:tr w:rsidR="00597C11" w:rsidRPr="004C35F8" w14:paraId="3FDB97A2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5E37AB5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2E74C57" w14:textId="77777777" w:rsidR="00597C11" w:rsidRPr="004C35F8" w:rsidRDefault="00000000">
            <w:r w:rsidRPr="004C35F8">
              <w:rPr>
                <w:sz w:val="17"/>
              </w:rPr>
              <w:t>Foreninger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689699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D66421F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7039798" w14:textId="77777777" w:rsidR="00597C11" w:rsidRPr="004C35F8" w:rsidRDefault="00597C11"/>
        </w:tc>
      </w:tr>
      <w:tr w:rsidR="00597C11" w:rsidRPr="004C35F8" w14:paraId="12AD8E8E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654ED87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3293F6A" w14:textId="77777777" w:rsidR="00597C11" w:rsidRPr="004C35F8" w:rsidRDefault="00000000">
            <w:r w:rsidRPr="004C35F8">
              <w:rPr>
                <w:sz w:val="17"/>
              </w:rPr>
              <w:t>Kirke/menighed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072AA83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A0437BD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EDB0076" w14:textId="77777777" w:rsidR="00597C11" w:rsidRPr="004C35F8" w:rsidRDefault="00597C11"/>
        </w:tc>
      </w:tr>
      <w:tr w:rsidR="00597C11" w:rsidRPr="004C35F8" w14:paraId="4036DDD7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7428F57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81C776" w14:textId="77777777" w:rsidR="00597C11" w:rsidRPr="004C35F8" w:rsidRDefault="00000000">
            <w:r w:rsidRPr="004C35F8">
              <w:rPr>
                <w:sz w:val="17"/>
              </w:rPr>
              <w:t>Butik/service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CDBEF3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235C40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96D35A" w14:textId="77777777" w:rsidR="00597C11" w:rsidRPr="004C35F8" w:rsidRDefault="00597C11"/>
        </w:tc>
      </w:tr>
      <w:tr w:rsidR="00597C11" w:rsidRPr="004C35F8" w14:paraId="125DE30E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3E95926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A0DCAB0" w14:textId="77777777" w:rsidR="00597C11" w:rsidRPr="004C35F8" w:rsidRDefault="00000000">
            <w:r w:rsidRPr="004C35F8">
              <w:rPr>
                <w:sz w:val="17"/>
              </w:rPr>
              <w:t>Sundhed/omsorg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25B181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178D8A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9D9B5C" w14:textId="77777777" w:rsidR="00597C11" w:rsidRPr="004C35F8" w:rsidRDefault="00597C11"/>
        </w:tc>
      </w:tr>
      <w:tr w:rsidR="00597C11" w:rsidRPr="004C35F8" w14:paraId="7330C16E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6DC4044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9A42AD" w14:textId="77777777" w:rsidR="00597C11" w:rsidRPr="004C35F8" w:rsidRDefault="00000000">
            <w:r w:rsidRPr="004C35F8">
              <w:rPr>
                <w:sz w:val="17"/>
              </w:rPr>
              <w:t>Bibliotek/kultur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AFCB5BF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BD5447D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FB16307" w14:textId="77777777" w:rsidR="00597C11" w:rsidRPr="004C35F8" w:rsidRDefault="00597C11"/>
        </w:tc>
      </w:tr>
      <w:tr w:rsidR="00597C11" w:rsidRPr="004C35F8" w14:paraId="6CC72492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0799A83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296FAD" w14:textId="77777777" w:rsidR="00597C11" w:rsidRPr="004C35F8" w:rsidRDefault="00000000">
            <w:r w:rsidRPr="004C35F8">
              <w:rPr>
                <w:sz w:val="17"/>
              </w:rPr>
              <w:t>Legepladser/ungeområder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4AE22C2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77816F6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15B4D5" w14:textId="77777777" w:rsidR="00597C11" w:rsidRPr="004C35F8" w:rsidRDefault="00597C11"/>
        </w:tc>
      </w:tr>
      <w:tr w:rsidR="00597C11" w:rsidRPr="004C35F8" w14:paraId="3461D912" w14:textId="77777777">
        <w:trPr>
          <w:cantSplit/>
          <w:jc w:val="center"/>
        </w:trPr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D2E309" w14:textId="77777777" w:rsidR="00597C11" w:rsidRPr="004C35F8" w:rsidRDefault="00597C11"/>
        </w:tc>
        <w:tc>
          <w:tcPr>
            <w:tcW w:w="204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B5C9C9F" w14:textId="77777777" w:rsidR="00597C11" w:rsidRPr="004C35F8" w:rsidRDefault="00000000">
            <w:r w:rsidRPr="004C35F8">
              <w:rPr>
                <w:sz w:val="17"/>
              </w:rPr>
              <w:t>Uformelle mødesteder</w:t>
            </w:r>
          </w:p>
        </w:tc>
        <w:tc>
          <w:tcPr>
            <w:tcW w:w="170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F15D1F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88E54B0" w14:textId="77777777" w:rsidR="00597C11" w:rsidRPr="004C35F8" w:rsidRDefault="00597C11"/>
        </w:tc>
        <w:tc>
          <w:tcPr>
            <w:tcW w:w="238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53C965" w14:textId="77777777" w:rsidR="00597C11" w:rsidRPr="004C35F8" w:rsidRDefault="00597C11"/>
        </w:tc>
      </w:tr>
    </w:tbl>
    <w:p w14:paraId="28D155EA" w14:textId="77777777" w:rsidR="00597C11" w:rsidRPr="004C35F8" w:rsidRDefault="00000000">
      <w:pPr>
        <w:pStyle w:val="Overskrift2"/>
      </w:pPr>
      <w:r w:rsidRPr="004C35F8">
        <w:t>Kort konklusion om service og fællesskab</w:t>
      </w:r>
    </w:p>
    <w:p w14:paraId="01D9CBB3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B6855C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0CAEFB7A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2FF23570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9F8D36A" w14:textId="77777777" w:rsidR="00597C11" w:rsidRPr="004C35F8" w:rsidRDefault="00000000">
      <w:pPr>
        <w:pStyle w:val="Overskrift1"/>
      </w:pPr>
      <w:r w:rsidRPr="004C35F8">
        <w:t>5. Transport og forbindelser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693"/>
        <w:gridCol w:w="2393"/>
        <w:gridCol w:w="2427"/>
        <w:gridCol w:w="2789"/>
      </w:tblGrid>
      <w:tr w:rsidR="00597C11" w:rsidRPr="004C35F8" w14:paraId="3209DC4E" w14:textId="77777777">
        <w:trPr>
          <w:cantSplit/>
          <w:tblHeader/>
          <w:jc w:val="center"/>
        </w:trPr>
        <w:tc>
          <w:tcPr>
            <w:tcW w:w="272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9D37F85" w14:textId="77777777" w:rsidR="00597C11" w:rsidRPr="004C35F8" w:rsidRDefault="00000000">
            <w:r w:rsidRPr="004C35F8">
              <w:rPr>
                <w:b/>
                <w:sz w:val="18"/>
              </w:rPr>
              <w:t>Forhold</w:t>
            </w:r>
          </w:p>
        </w:tc>
        <w:tc>
          <w:tcPr>
            <w:tcW w:w="243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1CFEE74" w14:textId="77777777" w:rsidR="00597C11" w:rsidRPr="004C35F8" w:rsidRDefault="00000000">
            <w:r w:rsidRPr="004C35F8">
              <w:rPr>
                <w:b/>
                <w:sz w:val="18"/>
              </w:rPr>
              <w:t>Status i dag</w:t>
            </w:r>
          </w:p>
        </w:tc>
        <w:tc>
          <w:tcPr>
            <w:tcW w:w="243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0FBA983" w14:textId="77777777" w:rsidR="00597C11" w:rsidRPr="004C35F8" w:rsidRDefault="00000000">
            <w:r w:rsidRPr="004C35F8">
              <w:rPr>
                <w:b/>
                <w:sz w:val="18"/>
              </w:rPr>
              <w:t>Datakilde/observation</w:t>
            </w:r>
          </w:p>
        </w:tc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1A2EA79" w14:textId="77777777" w:rsidR="00597C11" w:rsidRPr="004C35F8" w:rsidRDefault="00000000">
            <w:r w:rsidRPr="004C35F8">
              <w:rPr>
                <w:b/>
                <w:sz w:val="18"/>
              </w:rPr>
              <w:t>Udfordring eller mulighed</w:t>
            </w:r>
          </w:p>
        </w:tc>
      </w:tr>
      <w:tr w:rsidR="00597C11" w:rsidRPr="004C35F8" w14:paraId="6916E7AF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556697" w14:textId="77777777" w:rsidR="00597C11" w:rsidRPr="004C35F8" w:rsidRDefault="00000000">
            <w:r w:rsidRPr="004C35F8">
              <w:rPr>
                <w:sz w:val="17"/>
              </w:rPr>
              <w:t>Bus/tog og frekvens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A4D88EB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8A85F3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C41884E" w14:textId="77777777" w:rsidR="00597C11" w:rsidRPr="004C35F8" w:rsidRDefault="00597C11"/>
        </w:tc>
      </w:tr>
      <w:tr w:rsidR="00597C11" w:rsidRPr="004C35F8" w14:paraId="711C9DC3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C30C20" w14:textId="77777777" w:rsidR="00597C11" w:rsidRPr="004C35F8" w:rsidRDefault="00000000">
            <w:r w:rsidRPr="004C35F8">
              <w:rPr>
                <w:sz w:val="17"/>
              </w:rPr>
              <w:lastRenderedPageBreak/>
              <w:t>Afstand til nærmeste station/knudepunkt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B50284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2E4218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AA58C7" w14:textId="77777777" w:rsidR="00597C11" w:rsidRPr="004C35F8" w:rsidRDefault="00597C11"/>
        </w:tc>
      </w:tr>
      <w:tr w:rsidR="00597C11" w:rsidRPr="004C35F8" w14:paraId="36236387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1DD2903" w14:textId="77777777" w:rsidR="00597C11" w:rsidRPr="004C35F8" w:rsidRDefault="00000000">
            <w:r w:rsidRPr="004C35F8">
              <w:rPr>
                <w:sz w:val="17"/>
              </w:rPr>
              <w:t>Cykelforbindelser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C7B5CF0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3A93EFA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E1C3D9" w14:textId="77777777" w:rsidR="00597C11" w:rsidRPr="004C35F8" w:rsidRDefault="00597C11"/>
        </w:tc>
      </w:tr>
      <w:tr w:rsidR="00597C11" w:rsidRPr="004C35F8" w14:paraId="195FBF5A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6AE0A16" w14:textId="77777777" w:rsidR="00597C11" w:rsidRPr="004C35F8" w:rsidRDefault="00000000">
            <w:r w:rsidRPr="004C35F8">
              <w:rPr>
                <w:sz w:val="17"/>
              </w:rPr>
              <w:t>Gangstier og sikre skoleveje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C5B1E0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445CDF2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4FA8227" w14:textId="77777777" w:rsidR="00597C11" w:rsidRPr="004C35F8" w:rsidRDefault="00597C11"/>
        </w:tc>
      </w:tr>
      <w:tr w:rsidR="00597C11" w:rsidRPr="004C35F8" w14:paraId="29C3269F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93CA77B" w14:textId="77777777" w:rsidR="00597C11" w:rsidRPr="004C35F8" w:rsidRDefault="00000000">
            <w:r w:rsidRPr="004C35F8">
              <w:rPr>
                <w:sz w:val="17"/>
              </w:rPr>
              <w:t>Bilpendling og samkørsel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6F1CD9B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569AECB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2636269" w14:textId="77777777" w:rsidR="00597C11" w:rsidRPr="004C35F8" w:rsidRDefault="00597C11"/>
        </w:tc>
      </w:tr>
      <w:tr w:rsidR="00597C11" w:rsidRPr="004C35F8" w14:paraId="1DA5C600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AD5863" w14:textId="77777777" w:rsidR="00597C11" w:rsidRPr="004C35F8" w:rsidRDefault="00000000">
            <w:proofErr w:type="spellStart"/>
            <w:r w:rsidRPr="004C35F8">
              <w:rPr>
                <w:sz w:val="17"/>
              </w:rPr>
              <w:t>Ladeinfrastruktur</w:t>
            </w:r>
            <w:proofErr w:type="spellEnd"/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249167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4EAE22D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F3B64F" w14:textId="77777777" w:rsidR="00597C11" w:rsidRPr="004C35F8" w:rsidRDefault="00597C11"/>
        </w:tc>
      </w:tr>
      <w:tr w:rsidR="00597C11" w:rsidRPr="004C35F8" w14:paraId="30122152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A9A48B" w14:textId="77777777" w:rsidR="00597C11" w:rsidRPr="004C35F8" w:rsidRDefault="00000000">
            <w:r w:rsidRPr="004C35F8">
              <w:rPr>
                <w:sz w:val="17"/>
              </w:rPr>
              <w:t>Mobil- og bredbåndsdækning</w:t>
            </w:r>
          </w:p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61A71B1" w14:textId="77777777" w:rsidR="00597C11" w:rsidRPr="004C35F8" w:rsidRDefault="00597C11"/>
        </w:tc>
        <w:tc>
          <w:tcPr>
            <w:tcW w:w="243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F885D42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D6E6B2B" w14:textId="77777777" w:rsidR="00597C11" w:rsidRPr="004C35F8" w:rsidRDefault="00597C11"/>
        </w:tc>
      </w:tr>
    </w:tbl>
    <w:p w14:paraId="42951251" w14:textId="77777777" w:rsidR="00597C11" w:rsidRPr="004C35F8" w:rsidRDefault="00000000">
      <w:pPr>
        <w:pStyle w:val="Overskrift2"/>
      </w:pPr>
      <w:r w:rsidRPr="004C35F8">
        <w:t>Kort konklusion om mobilitet</w:t>
      </w:r>
    </w:p>
    <w:p w14:paraId="6BEC8ADC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C98072A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F57D02B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06D9C97B" w14:textId="77777777" w:rsidR="00597C11" w:rsidRPr="004C35F8" w:rsidRDefault="00000000">
      <w:pPr>
        <w:pStyle w:val="Overskrift1"/>
      </w:pPr>
      <w:r w:rsidRPr="004C35F8">
        <w:t>6. Natur, landskab og kulturhistorie</w:t>
      </w:r>
    </w:p>
    <w:p w14:paraId="6C132E93" w14:textId="77777777" w:rsidR="00597C11" w:rsidRPr="004C35F8" w:rsidRDefault="00000000">
      <w:r w:rsidRPr="004C35F8">
        <w:t>Historisk Atlas kan bruges som kilde til historiske kort, arkæologiske udgravninger og historiske data. Datakilde: https://historiskatlas.dk/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696"/>
        <w:gridCol w:w="2783"/>
        <w:gridCol w:w="2256"/>
        <w:gridCol w:w="2567"/>
      </w:tblGrid>
      <w:tr w:rsidR="00597C11" w:rsidRPr="004C35F8" w14:paraId="058F81E8" w14:textId="77777777">
        <w:trPr>
          <w:cantSplit/>
          <w:tblHeader/>
          <w:jc w:val="center"/>
        </w:trPr>
        <w:tc>
          <w:tcPr>
            <w:tcW w:w="272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6EEB4C4" w14:textId="77777777" w:rsidR="00597C11" w:rsidRPr="004C35F8" w:rsidRDefault="00000000">
            <w:r w:rsidRPr="004C35F8">
              <w:rPr>
                <w:b/>
                <w:sz w:val="18"/>
              </w:rPr>
              <w:t>Ressource/område</w:t>
            </w:r>
          </w:p>
        </w:tc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E998450" w14:textId="77777777" w:rsidR="00597C11" w:rsidRPr="004C35F8" w:rsidRDefault="00000000">
            <w:r w:rsidRPr="004C35F8">
              <w:rPr>
                <w:b/>
                <w:sz w:val="18"/>
              </w:rPr>
              <w:t>Hvad er særligt?</w:t>
            </w:r>
          </w:p>
        </w:tc>
        <w:tc>
          <w:tcPr>
            <w:tcW w:w="226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275EB58" w14:textId="77777777" w:rsidR="00597C11" w:rsidRPr="004C35F8" w:rsidRDefault="00000000">
            <w:r w:rsidRPr="004C35F8">
              <w:rPr>
                <w:b/>
                <w:sz w:val="18"/>
              </w:rPr>
              <w:t>Beskyttelse/adgang (hvis relevant)</w:t>
            </w:r>
          </w:p>
        </w:tc>
        <w:tc>
          <w:tcPr>
            <w:tcW w:w="260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0D27997" w14:textId="77777777" w:rsidR="00597C11" w:rsidRPr="004C35F8" w:rsidRDefault="00000000">
            <w:r w:rsidRPr="004C35F8">
              <w:rPr>
                <w:b/>
                <w:sz w:val="18"/>
              </w:rPr>
              <w:t>Potentiale eller udfordring</w:t>
            </w:r>
          </w:p>
        </w:tc>
      </w:tr>
      <w:tr w:rsidR="00597C11" w:rsidRPr="004C35F8" w14:paraId="2F3A970F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D7751E8" w14:textId="77777777" w:rsidR="00597C11" w:rsidRPr="004C35F8" w:rsidRDefault="00000000">
            <w:r w:rsidRPr="004C35F8">
              <w:rPr>
                <w:sz w:val="17"/>
              </w:rPr>
              <w:t>Landskab og udsigter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8E2D11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A639B5A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A4B8BB0" w14:textId="77777777" w:rsidR="00597C11" w:rsidRPr="004C35F8" w:rsidRDefault="00597C11"/>
        </w:tc>
      </w:tr>
      <w:tr w:rsidR="00597C11" w:rsidRPr="004C35F8" w14:paraId="7F31F760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5C1F629" w14:textId="77777777" w:rsidR="00597C11" w:rsidRPr="004C35F8" w:rsidRDefault="00000000">
            <w:r w:rsidRPr="004C35F8">
              <w:rPr>
                <w:sz w:val="17"/>
              </w:rPr>
              <w:t>Skov, sø, kyst, vandløb eller andre naturområder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0D6953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68E5450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D4585FC" w14:textId="77777777" w:rsidR="00597C11" w:rsidRPr="004C35F8" w:rsidRDefault="00597C11"/>
        </w:tc>
      </w:tr>
      <w:tr w:rsidR="00597C11" w:rsidRPr="004C35F8" w14:paraId="6A7857E8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EC0E1E" w14:textId="77777777" w:rsidR="00597C11" w:rsidRPr="004C35F8" w:rsidRDefault="00000000">
            <w:r w:rsidRPr="004C35F8">
              <w:rPr>
                <w:sz w:val="17"/>
              </w:rPr>
              <w:t>Stier og rekreative ruter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CE672A3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FC8939A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CD38A95" w14:textId="77777777" w:rsidR="00597C11" w:rsidRPr="004C35F8" w:rsidRDefault="00597C11"/>
        </w:tc>
      </w:tr>
      <w:tr w:rsidR="00597C11" w:rsidRPr="004C35F8" w14:paraId="1665916D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D1610F" w14:textId="77777777" w:rsidR="00597C11" w:rsidRPr="004C35F8" w:rsidRDefault="00000000">
            <w:r w:rsidRPr="004C35F8">
              <w:rPr>
                <w:sz w:val="17"/>
              </w:rPr>
              <w:t>Kulturmiljø og bevaringsværdige bygninger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C854700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01C0F0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538D6D" w14:textId="77777777" w:rsidR="00597C11" w:rsidRPr="004C35F8" w:rsidRDefault="00597C11"/>
        </w:tc>
      </w:tr>
      <w:tr w:rsidR="00597C11" w:rsidRPr="004C35F8" w14:paraId="3DD28941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188BBC4" w14:textId="77777777" w:rsidR="00597C11" w:rsidRPr="004C35F8" w:rsidRDefault="00000000">
            <w:r w:rsidRPr="004C35F8">
              <w:rPr>
                <w:sz w:val="17"/>
              </w:rPr>
              <w:t>Fortidsminder / arkæologi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5983EC0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ABF87C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C687162" w14:textId="77777777" w:rsidR="00597C11" w:rsidRPr="004C35F8" w:rsidRDefault="00597C11"/>
        </w:tc>
      </w:tr>
      <w:tr w:rsidR="00597C11" w:rsidRPr="004C35F8" w14:paraId="6B4C3815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E8557C" w14:textId="77777777" w:rsidR="00597C11" w:rsidRPr="004C35F8" w:rsidRDefault="00000000">
            <w:r w:rsidRPr="004C35F8">
              <w:rPr>
                <w:sz w:val="17"/>
              </w:rPr>
              <w:t>Lokale fortællinger og traditioner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244BD6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77E5020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3D48702" w14:textId="77777777" w:rsidR="00597C11" w:rsidRPr="004C35F8" w:rsidRDefault="00597C11"/>
        </w:tc>
      </w:tr>
      <w:tr w:rsidR="00597C11" w:rsidRPr="004C35F8" w14:paraId="46E7614E" w14:textId="77777777">
        <w:trPr>
          <w:cantSplit/>
          <w:jc w:val="center"/>
        </w:trPr>
        <w:tc>
          <w:tcPr>
            <w:tcW w:w="272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6106E18" w14:textId="77777777" w:rsidR="00597C11" w:rsidRPr="004C35F8" w:rsidRDefault="00000000">
            <w:r w:rsidRPr="004C35F8">
              <w:rPr>
                <w:sz w:val="17"/>
              </w:rPr>
              <w:t>Steder med særlig identitetsværdi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F5C8149" w14:textId="77777777" w:rsidR="00597C11" w:rsidRPr="004C35F8" w:rsidRDefault="00597C11"/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D89CF2" w14:textId="77777777" w:rsidR="00597C11" w:rsidRPr="004C35F8" w:rsidRDefault="00597C11"/>
        </w:tc>
        <w:tc>
          <w:tcPr>
            <w:tcW w:w="260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309B812" w14:textId="77777777" w:rsidR="00597C11" w:rsidRPr="004C35F8" w:rsidRDefault="00597C11"/>
        </w:tc>
      </w:tr>
    </w:tbl>
    <w:p w14:paraId="358CD437" w14:textId="77777777" w:rsidR="00597C11" w:rsidRPr="004C35F8" w:rsidRDefault="00000000">
      <w:pPr>
        <w:pStyle w:val="Overskrift2"/>
      </w:pPr>
      <w:r w:rsidRPr="004C35F8">
        <w:t>Kort konklusion om natur og kulturarv</w:t>
      </w:r>
    </w:p>
    <w:p w14:paraId="76B6048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FD8212E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17DCAD5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1DB4783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44534947" w14:textId="77777777" w:rsidR="00597C11" w:rsidRPr="004C35F8" w:rsidRDefault="00000000">
      <w:r w:rsidRPr="004C35F8">
        <w:br w:type="page"/>
      </w:r>
    </w:p>
    <w:p w14:paraId="4A2EF6B8" w14:textId="77777777" w:rsidR="00597C11" w:rsidRPr="004C35F8" w:rsidRDefault="00000000">
      <w:pPr>
        <w:pStyle w:val="Overskrift1"/>
      </w:pPr>
      <w:r w:rsidRPr="004C35F8">
        <w:lastRenderedPageBreak/>
        <w:t>7. Energi, varme og klima</w:t>
      </w:r>
    </w:p>
    <w:p w14:paraId="06BBC717" w14:textId="77777777" w:rsidR="00597C11" w:rsidRPr="004C35F8" w:rsidRDefault="00000000">
      <w:r w:rsidRPr="004C35F8">
        <w:t>Varmeforsyning og energiforhold kan indgå som et særskilt kortlægningstema. BBR kan bl.a. bruges til oplysninger om bygningers opvarmningsformer.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817"/>
        <w:gridCol w:w="2255"/>
        <w:gridCol w:w="1961"/>
        <w:gridCol w:w="3269"/>
      </w:tblGrid>
      <w:tr w:rsidR="00597C11" w:rsidRPr="004C35F8" w14:paraId="0F1AFB67" w14:textId="77777777">
        <w:trPr>
          <w:cantSplit/>
          <w:tblHeader/>
          <w:jc w:val="center"/>
        </w:trPr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CD17374" w14:textId="77777777" w:rsidR="00597C11" w:rsidRPr="004C35F8" w:rsidRDefault="00000000">
            <w:r w:rsidRPr="004C35F8">
              <w:rPr>
                <w:b/>
                <w:sz w:val="18"/>
              </w:rPr>
              <w:t>Forhold</w:t>
            </w:r>
          </w:p>
        </w:tc>
        <w:tc>
          <w:tcPr>
            <w:tcW w:w="226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A470886" w14:textId="77777777" w:rsidR="00597C11" w:rsidRPr="004C35F8" w:rsidRDefault="00000000">
            <w:r w:rsidRPr="004C35F8">
              <w:rPr>
                <w:b/>
                <w:sz w:val="18"/>
              </w:rPr>
              <w:t>Status/nøgletal</w:t>
            </w:r>
          </w:p>
        </w:tc>
        <w:tc>
          <w:tcPr>
            <w:tcW w:w="198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21EDF5C" w14:textId="77777777" w:rsidR="00597C11" w:rsidRPr="004C35F8" w:rsidRDefault="00000000">
            <w:r w:rsidRPr="004C35F8">
              <w:rPr>
                <w:b/>
                <w:sz w:val="18"/>
              </w:rPr>
              <w:t>Kilde</w:t>
            </w:r>
          </w:p>
        </w:tc>
        <w:tc>
          <w:tcPr>
            <w:tcW w:w="328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56BAEBB" w14:textId="77777777" w:rsidR="00597C11" w:rsidRPr="004C35F8" w:rsidRDefault="00000000">
            <w:r w:rsidRPr="004C35F8">
              <w:rPr>
                <w:b/>
                <w:sz w:val="18"/>
              </w:rPr>
              <w:t>Mulighed / opmærksomhedspunkt</w:t>
            </w:r>
          </w:p>
        </w:tc>
      </w:tr>
      <w:tr w:rsidR="00597C11" w:rsidRPr="004C35F8" w14:paraId="43648651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92B4C20" w14:textId="77777777" w:rsidR="00597C11" w:rsidRPr="004C35F8" w:rsidRDefault="00000000">
            <w:r w:rsidRPr="004C35F8">
              <w:rPr>
                <w:sz w:val="17"/>
              </w:rPr>
              <w:t>Dominerende opvarmningsformer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1439D3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FB1117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CB9D75" w14:textId="77777777" w:rsidR="00597C11" w:rsidRPr="004C35F8" w:rsidRDefault="00597C11"/>
        </w:tc>
      </w:tr>
      <w:tr w:rsidR="00597C11" w:rsidRPr="004C35F8" w14:paraId="21388417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281B216" w14:textId="77777777" w:rsidR="00597C11" w:rsidRPr="004C35F8" w:rsidRDefault="00000000">
            <w:r w:rsidRPr="004C35F8">
              <w:rPr>
                <w:sz w:val="17"/>
              </w:rPr>
              <w:t>Mulighed for fælles varmeløsning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99B59B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7D8DD51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5AF4D62" w14:textId="77777777" w:rsidR="00597C11" w:rsidRPr="004C35F8" w:rsidRDefault="00597C11"/>
        </w:tc>
      </w:tr>
      <w:tr w:rsidR="00597C11" w:rsidRPr="004C35F8" w14:paraId="310F7390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03037E1" w14:textId="77777777" w:rsidR="00597C11" w:rsidRPr="004C35F8" w:rsidRDefault="00000000">
            <w:r w:rsidRPr="004C35F8">
              <w:rPr>
                <w:sz w:val="17"/>
              </w:rPr>
              <w:t>Energiforbrug / renoveringsbehov (hvis data findes)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DC7E31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E1F445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C64C612" w14:textId="77777777" w:rsidR="00597C11" w:rsidRPr="004C35F8" w:rsidRDefault="00597C11"/>
        </w:tc>
      </w:tr>
      <w:tr w:rsidR="00597C11" w:rsidRPr="004C35F8" w14:paraId="3923B452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D118AE" w14:textId="77777777" w:rsidR="00597C11" w:rsidRPr="004C35F8" w:rsidRDefault="00000000">
            <w:r w:rsidRPr="004C35F8">
              <w:rPr>
                <w:sz w:val="17"/>
              </w:rPr>
              <w:t>Sol/vind/energianlæg i området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AC9BFC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E8E50C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A7B050" w14:textId="77777777" w:rsidR="00597C11" w:rsidRPr="004C35F8" w:rsidRDefault="00597C11"/>
        </w:tc>
      </w:tr>
      <w:tr w:rsidR="00597C11" w:rsidRPr="004C35F8" w14:paraId="3E7DEC23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9C97DAA" w14:textId="77777777" w:rsidR="00597C11" w:rsidRPr="004C35F8" w:rsidRDefault="00000000">
            <w:r w:rsidRPr="004C35F8">
              <w:rPr>
                <w:sz w:val="17"/>
              </w:rPr>
              <w:t>Oversvømmelse / kyst / skybrud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1E6AE5D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9BBE3D3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1FFEC7" w14:textId="77777777" w:rsidR="00597C11" w:rsidRPr="004C35F8" w:rsidRDefault="00597C11"/>
        </w:tc>
      </w:tr>
      <w:tr w:rsidR="00597C11" w:rsidRPr="004C35F8" w14:paraId="393397DB" w14:textId="77777777">
        <w:trPr>
          <w:cantSplit/>
          <w:jc w:val="center"/>
        </w:trPr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FD8DE5E" w14:textId="77777777" w:rsidR="00597C11" w:rsidRPr="004C35F8" w:rsidRDefault="00000000">
            <w:r w:rsidRPr="004C35F8">
              <w:rPr>
                <w:sz w:val="17"/>
              </w:rPr>
              <w:t>Lokale grønne initiativer</w:t>
            </w:r>
          </w:p>
        </w:tc>
        <w:tc>
          <w:tcPr>
            <w:tcW w:w="226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DD7AC51" w14:textId="77777777" w:rsidR="00597C11" w:rsidRPr="004C35F8" w:rsidRDefault="00597C11"/>
        </w:tc>
        <w:tc>
          <w:tcPr>
            <w:tcW w:w="198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FA761F" w14:textId="77777777" w:rsidR="00597C11" w:rsidRPr="004C35F8" w:rsidRDefault="00597C11"/>
        </w:tc>
        <w:tc>
          <w:tcPr>
            <w:tcW w:w="328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923CCF" w14:textId="77777777" w:rsidR="00597C11" w:rsidRPr="004C35F8" w:rsidRDefault="00597C11"/>
        </w:tc>
      </w:tr>
    </w:tbl>
    <w:p w14:paraId="0B55916A" w14:textId="77777777" w:rsidR="00597C11" w:rsidRPr="004C35F8" w:rsidRDefault="00000000">
      <w:pPr>
        <w:pStyle w:val="Overskrift2"/>
      </w:pPr>
      <w:r w:rsidRPr="004C35F8">
        <w:t>Kort konklusion om energi og klima</w:t>
      </w:r>
    </w:p>
    <w:p w14:paraId="6CB855B7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6BD2EE2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52BC9966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2855BD4A" w14:textId="77777777" w:rsidR="00597C11" w:rsidRPr="004C35F8" w:rsidRDefault="00000000">
      <w:pPr>
        <w:pStyle w:val="Overskrift1"/>
      </w:pPr>
      <w:r w:rsidRPr="004C35F8">
        <w:t>8. Planlægning og fysiske udviklingsmuligheder</w:t>
      </w:r>
    </w:p>
    <w:p w14:paraId="7C4B948C" w14:textId="77777777" w:rsidR="00597C11" w:rsidRPr="004C35F8" w:rsidRDefault="00000000">
      <w:pPr>
        <w:pStyle w:val="Opstilling-punkttegn"/>
        <w:spacing w:after="30"/>
      </w:pPr>
      <w:r w:rsidRPr="004C35F8">
        <w:t>Kommuneplanrammer og landsbyafgrænsning</w:t>
      </w:r>
    </w:p>
    <w:p w14:paraId="7A8EC8CD" w14:textId="77777777" w:rsidR="00597C11" w:rsidRPr="004C35F8" w:rsidRDefault="00000000">
      <w:pPr>
        <w:pStyle w:val="Opstilling-punkttegn"/>
        <w:spacing w:after="30"/>
      </w:pPr>
      <w:r w:rsidRPr="004C35F8">
        <w:t>Lokalplaner og igangværende planarbejde</w:t>
      </w:r>
    </w:p>
    <w:p w14:paraId="52BA49BF" w14:textId="77777777" w:rsidR="00597C11" w:rsidRPr="004C35F8" w:rsidRDefault="00000000">
      <w:pPr>
        <w:pStyle w:val="Opstilling-punkttegn"/>
        <w:spacing w:after="30"/>
      </w:pPr>
      <w:r w:rsidRPr="004C35F8">
        <w:t>Byzone/landzone og mulige arealbindinger</w:t>
      </w:r>
    </w:p>
    <w:p w14:paraId="4FAC062B" w14:textId="77777777" w:rsidR="00597C11" w:rsidRPr="004C35F8" w:rsidRDefault="00000000">
      <w:pPr>
        <w:pStyle w:val="Opstilling-punkttegn"/>
        <w:spacing w:after="30"/>
      </w:pPr>
      <w:r w:rsidRPr="004C35F8">
        <w:t>Kommunale anlægsplaner, vejprojekter og forsyningsplaner</w:t>
      </w:r>
    </w:p>
    <w:p w14:paraId="15757B09" w14:textId="77777777" w:rsidR="00597C11" w:rsidRPr="004C35F8" w:rsidRDefault="00000000">
      <w:pPr>
        <w:pStyle w:val="Opstilling-punkttegn"/>
        <w:spacing w:after="30"/>
      </w:pPr>
      <w:r w:rsidRPr="004C35F8">
        <w:t>Mulige arealer til boliger, erhverv, natur eller fællesfaciliteter</w:t>
      </w:r>
    </w:p>
    <w:p w14:paraId="56FDD2D2" w14:textId="77777777" w:rsidR="00597C11" w:rsidRPr="004C35F8" w:rsidRDefault="00000000">
      <w:pPr>
        <w:pStyle w:val="Opstilling-punkttegn"/>
        <w:spacing w:after="30"/>
      </w:pPr>
      <w:r w:rsidRPr="004C35F8">
        <w:t>Ejerforhold på strategisk vigtige arealer – kun hvor oplysninger er lovligt og relevant tilgængelige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478"/>
        <w:gridCol w:w="2922"/>
        <w:gridCol w:w="2815"/>
        <w:gridCol w:w="2087"/>
      </w:tblGrid>
      <w:tr w:rsidR="00597C11" w:rsidRPr="004C35F8" w14:paraId="71FD8816" w14:textId="77777777">
        <w:trPr>
          <w:cantSplit/>
          <w:tblHeader/>
          <w:jc w:val="center"/>
        </w:trPr>
        <w:tc>
          <w:tcPr>
            <w:tcW w:w="249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28DB839" w14:textId="77777777" w:rsidR="00597C11" w:rsidRPr="004C35F8" w:rsidRDefault="00000000">
            <w:r w:rsidRPr="004C35F8">
              <w:rPr>
                <w:b/>
                <w:sz w:val="18"/>
              </w:rPr>
              <w:t>Plan/areal</w:t>
            </w:r>
          </w:p>
        </w:tc>
        <w:tc>
          <w:tcPr>
            <w:tcW w:w="294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1E15F29" w14:textId="77777777" w:rsidR="00597C11" w:rsidRPr="004C35F8" w:rsidRDefault="00000000">
            <w:r w:rsidRPr="004C35F8">
              <w:rPr>
                <w:b/>
                <w:sz w:val="18"/>
              </w:rPr>
              <w:t>Hvad siger den?</w:t>
            </w:r>
          </w:p>
        </w:tc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E0C9CC8" w14:textId="77777777" w:rsidR="00597C11" w:rsidRPr="004C35F8" w:rsidRDefault="00000000">
            <w:r w:rsidRPr="004C35F8">
              <w:rPr>
                <w:b/>
                <w:sz w:val="18"/>
              </w:rPr>
              <w:t>Betydning for landsbyen</w:t>
            </w:r>
          </w:p>
        </w:tc>
        <w:tc>
          <w:tcPr>
            <w:tcW w:w="2098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4E78C47" w14:textId="77777777" w:rsidR="00597C11" w:rsidRPr="004C35F8" w:rsidRDefault="00000000">
            <w:r w:rsidRPr="004C35F8">
              <w:rPr>
                <w:b/>
                <w:sz w:val="18"/>
              </w:rPr>
              <w:t>Opfølgning</w:t>
            </w:r>
          </w:p>
        </w:tc>
      </w:tr>
      <w:tr w:rsidR="00597C11" w:rsidRPr="004C35F8" w14:paraId="6273D949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65A9D6B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D55DB39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1C8133D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396FCFA" w14:textId="77777777" w:rsidR="00597C11" w:rsidRPr="004C35F8" w:rsidRDefault="00597C11"/>
        </w:tc>
      </w:tr>
      <w:tr w:rsidR="00597C11" w:rsidRPr="004C35F8" w14:paraId="428F96D2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163B6E4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6BF57C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DB579C6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60D9811" w14:textId="77777777" w:rsidR="00597C11" w:rsidRPr="004C35F8" w:rsidRDefault="00597C11"/>
        </w:tc>
      </w:tr>
      <w:tr w:rsidR="00597C11" w:rsidRPr="004C35F8" w14:paraId="38BB17B1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999DD8B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D4DC83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1C5E37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657288A" w14:textId="77777777" w:rsidR="00597C11" w:rsidRPr="004C35F8" w:rsidRDefault="00597C11"/>
        </w:tc>
      </w:tr>
      <w:tr w:rsidR="00597C11" w:rsidRPr="004C35F8" w14:paraId="77A785E2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88A7CE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9A871E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03E5859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2D02EFE" w14:textId="77777777" w:rsidR="00597C11" w:rsidRPr="004C35F8" w:rsidRDefault="00597C11"/>
        </w:tc>
      </w:tr>
      <w:tr w:rsidR="00597C11" w:rsidRPr="004C35F8" w14:paraId="604D6CA3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C83778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C04E6E9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1B5D45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D61E18" w14:textId="77777777" w:rsidR="00597C11" w:rsidRPr="004C35F8" w:rsidRDefault="00597C11"/>
        </w:tc>
      </w:tr>
      <w:tr w:rsidR="00597C11" w:rsidRPr="004C35F8" w14:paraId="23E0D7B0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4D950A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C5B62B8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E70EA0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328EB8A" w14:textId="77777777" w:rsidR="00597C11" w:rsidRPr="004C35F8" w:rsidRDefault="00597C11"/>
        </w:tc>
      </w:tr>
      <w:tr w:rsidR="00597C11" w:rsidRPr="004C35F8" w14:paraId="42F1549C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3BF4A84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C9A59AE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86F5D1A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3536FB5" w14:textId="77777777" w:rsidR="00597C11" w:rsidRPr="004C35F8" w:rsidRDefault="00597C11"/>
        </w:tc>
      </w:tr>
      <w:tr w:rsidR="00597C11" w:rsidRPr="004C35F8" w14:paraId="750D74B6" w14:textId="77777777">
        <w:trPr>
          <w:cantSplit/>
          <w:jc w:val="center"/>
        </w:trPr>
        <w:tc>
          <w:tcPr>
            <w:tcW w:w="249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47C70E" w14:textId="77777777" w:rsidR="00597C11" w:rsidRPr="004C35F8" w:rsidRDefault="00597C11"/>
        </w:tc>
        <w:tc>
          <w:tcPr>
            <w:tcW w:w="294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AC2A85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AE80044" w14:textId="77777777" w:rsidR="00597C11" w:rsidRPr="004C35F8" w:rsidRDefault="00597C11"/>
        </w:tc>
        <w:tc>
          <w:tcPr>
            <w:tcW w:w="2098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15F0346" w14:textId="77777777" w:rsidR="00597C11" w:rsidRPr="004C35F8" w:rsidRDefault="00597C11"/>
        </w:tc>
      </w:tr>
    </w:tbl>
    <w:p w14:paraId="2043539E" w14:textId="77777777" w:rsidR="00597C11" w:rsidRPr="004C35F8" w:rsidRDefault="00000000">
      <w:pPr>
        <w:pStyle w:val="Overskrift1"/>
      </w:pPr>
      <w:r w:rsidRPr="004C35F8">
        <w:t>9. Landsbyens identitet, fællesskab og handlekraft</w:t>
      </w:r>
    </w:p>
    <w:p w14:paraId="51EBA4A5" w14:textId="77777777" w:rsidR="00597C11" w:rsidRPr="004C35F8" w:rsidRDefault="00000000">
      <w:r w:rsidRPr="004C35F8">
        <w:rPr>
          <w:b/>
        </w:rPr>
        <w:t>Hvad er landsbyen især kendt for – både blandt beboere og udefra?</w:t>
      </w:r>
    </w:p>
    <w:p w14:paraId="58183C62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34D171C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20630D6" w14:textId="77777777" w:rsidR="00597C11" w:rsidRPr="004C35F8" w:rsidRDefault="00000000">
      <w:r w:rsidRPr="004C35F8">
        <w:rPr>
          <w:b/>
        </w:rPr>
        <w:t>Hvilke aktiviteter eller traditioner samler folk?</w:t>
      </w:r>
    </w:p>
    <w:p w14:paraId="228C6A45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FD59B73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lastRenderedPageBreak/>
        <w:t>________________________________________________________________________________</w:t>
      </w:r>
    </w:p>
    <w:p w14:paraId="40B9886F" w14:textId="77777777" w:rsidR="00597C11" w:rsidRPr="004C35F8" w:rsidRDefault="00000000">
      <w:r w:rsidRPr="004C35F8">
        <w:rPr>
          <w:b/>
        </w:rPr>
        <w:t>Hvor mødes forskellige generationer?</w:t>
      </w:r>
    </w:p>
    <w:p w14:paraId="28B3D55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60BCA8A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5D65CD7F" w14:textId="77777777" w:rsidR="00597C11" w:rsidRPr="004C35F8" w:rsidRDefault="00000000">
      <w:r w:rsidRPr="004C35F8">
        <w:rPr>
          <w:b/>
        </w:rPr>
        <w:t>Hvem tager typisk initiativ, og hvordan bliver nye personer inviteret ind?</w:t>
      </w:r>
    </w:p>
    <w:p w14:paraId="25897846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25D7E7ED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6E94869" w14:textId="77777777" w:rsidR="00597C11" w:rsidRPr="004C35F8" w:rsidRDefault="00000000">
      <w:r w:rsidRPr="004C35F8">
        <w:rPr>
          <w:b/>
        </w:rPr>
        <w:t>Hvilke lokale kompetencer og ressourcer kan aktiveres?</w:t>
      </w:r>
    </w:p>
    <w:p w14:paraId="1E8BD1C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4FB1C13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070F6DE" w14:textId="77777777" w:rsidR="00597C11" w:rsidRPr="004C35F8" w:rsidRDefault="00000000">
      <w:r w:rsidRPr="004C35F8">
        <w:rPr>
          <w:b/>
        </w:rPr>
        <w:t>Hvad opleves som de største barrierer for at få idéer gennemført?</w:t>
      </w:r>
    </w:p>
    <w:p w14:paraId="68BB8720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D3BC6B7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943507D" w14:textId="77777777" w:rsidR="00597C11" w:rsidRPr="004C35F8" w:rsidRDefault="00000000">
      <w:pPr>
        <w:pStyle w:val="Overskrift1"/>
      </w:pPr>
      <w:r w:rsidRPr="004C35F8">
        <w:t>10. Data, der kan bestilles hos [KOMMUNE]</w:t>
      </w:r>
    </w:p>
    <w:p w14:paraId="2673CEE9" w14:textId="77777777" w:rsidR="00597C11" w:rsidRPr="004C35F8" w:rsidRDefault="00000000">
      <w:r w:rsidRPr="004C35F8">
        <w:t>Kommunen kan kontaktes, når offentlige registre ikke giver brugbare lister, eller når der er behov for geografisk afgrænsede dataudtræk og sammenstillinger.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2870"/>
        <w:gridCol w:w="2824"/>
        <w:gridCol w:w="1800"/>
        <w:gridCol w:w="2808"/>
      </w:tblGrid>
      <w:tr w:rsidR="00597C11" w:rsidRPr="004C35F8" w14:paraId="3A03F87A" w14:textId="77777777">
        <w:trPr>
          <w:cantSplit/>
          <w:tblHeader/>
          <w:jc w:val="center"/>
        </w:trPr>
        <w:tc>
          <w:tcPr>
            <w:tcW w:w="2891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3D59217" w14:textId="77777777" w:rsidR="00597C11" w:rsidRPr="004C35F8" w:rsidRDefault="00000000">
            <w:r w:rsidRPr="004C35F8">
              <w:rPr>
                <w:b/>
                <w:sz w:val="18"/>
              </w:rPr>
              <w:t>Ønsket udtræk</w:t>
            </w:r>
          </w:p>
        </w:tc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3526733" w14:textId="77777777" w:rsidR="00597C11" w:rsidRPr="004C35F8" w:rsidRDefault="00000000">
            <w:r w:rsidRPr="004C35F8">
              <w:rPr>
                <w:b/>
                <w:sz w:val="18"/>
              </w:rPr>
              <w:t>Geografi</w:t>
            </w:r>
          </w:p>
        </w:tc>
        <w:tc>
          <w:tcPr>
            <w:tcW w:w="1814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B4E107B" w14:textId="77777777" w:rsidR="00597C11" w:rsidRPr="004C35F8" w:rsidRDefault="00000000">
            <w:r w:rsidRPr="004C35F8">
              <w:rPr>
                <w:b/>
                <w:sz w:val="18"/>
              </w:rPr>
              <w:t>År/periode</w:t>
            </w:r>
          </w:p>
        </w:tc>
        <w:tc>
          <w:tcPr>
            <w:tcW w:w="2835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CDB0963" w14:textId="77777777" w:rsidR="00597C11" w:rsidRPr="004C35F8" w:rsidRDefault="00000000">
            <w:r w:rsidRPr="004C35F8">
              <w:rPr>
                <w:b/>
                <w:sz w:val="18"/>
              </w:rPr>
              <w:t>Status / kontaktperson</w:t>
            </w:r>
          </w:p>
        </w:tc>
      </w:tr>
      <w:tr w:rsidR="00597C11" w:rsidRPr="004C35F8" w14:paraId="0863AE23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602E2C" w14:textId="77777777" w:rsidR="00597C11" w:rsidRPr="004C35F8" w:rsidRDefault="00000000">
            <w:r w:rsidRPr="004C35F8">
              <w:rPr>
                <w:sz w:val="17"/>
              </w:rPr>
              <w:t>Befolkningstal og aldersfordeling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D81D43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EE74D90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A9745F6" w14:textId="77777777" w:rsidR="00597C11" w:rsidRPr="004C35F8" w:rsidRDefault="00597C11"/>
        </w:tc>
      </w:tr>
      <w:tr w:rsidR="00597C11" w:rsidRPr="004C35F8" w14:paraId="750CB084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1C17EE" w14:textId="77777777" w:rsidR="00597C11" w:rsidRPr="004C35F8" w:rsidRDefault="00000000">
            <w:r w:rsidRPr="004C35F8">
              <w:rPr>
                <w:sz w:val="17"/>
              </w:rPr>
              <w:t>Antal husstande og børn i husstande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7CEED8A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87B8625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5D6306E" w14:textId="77777777" w:rsidR="00597C11" w:rsidRPr="004C35F8" w:rsidRDefault="00597C11"/>
        </w:tc>
      </w:tr>
      <w:tr w:rsidR="00597C11" w:rsidRPr="004C35F8" w14:paraId="52607F10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2DCBFE1" w14:textId="77777777" w:rsidR="00597C11" w:rsidRPr="004C35F8" w:rsidRDefault="00000000">
            <w:r w:rsidRPr="004C35F8">
              <w:rPr>
                <w:sz w:val="17"/>
              </w:rPr>
              <w:t>Boligbestand og boligtyper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B9BB08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4906C4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D95440D" w14:textId="77777777" w:rsidR="00597C11" w:rsidRPr="004C35F8" w:rsidRDefault="00597C11"/>
        </w:tc>
      </w:tr>
      <w:tr w:rsidR="00597C11" w:rsidRPr="004C35F8" w14:paraId="48FF8030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F76892" w14:textId="77777777" w:rsidR="00597C11" w:rsidRPr="004C35F8" w:rsidRDefault="00000000">
            <w:r w:rsidRPr="004C35F8">
              <w:rPr>
                <w:sz w:val="17"/>
              </w:rPr>
              <w:t>Ejer-/lejeboliger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073881F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B39FA5B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A4660E2" w14:textId="77777777" w:rsidR="00597C11" w:rsidRPr="004C35F8" w:rsidRDefault="00597C11"/>
        </w:tc>
      </w:tr>
      <w:tr w:rsidR="00597C11" w:rsidRPr="004C35F8" w14:paraId="75BDC1C6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CE59339" w14:textId="77777777" w:rsidR="00597C11" w:rsidRPr="004C35F8" w:rsidRDefault="00000000">
            <w:r w:rsidRPr="004C35F8">
              <w:rPr>
                <w:sz w:val="17"/>
              </w:rPr>
              <w:t>Helårs-/fritidsboliger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E4DA6C1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4032B07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896A17A" w14:textId="77777777" w:rsidR="00597C11" w:rsidRPr="004C35F8" w:rsidRDefault="00597C11"/>
        </w:tc>
      </w:tr>
      <w:tr w:rsidR="00597C11" w:rsidRPr="004C35F8" w14:paraId="5E3528BC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BFBDD2" w14:textId="77777777" w:rsidR="00597C11" w:rsidRPr="004C35F8" w:rsidRDefault="00000000">
            <w:r w:rsidRPr="004C35F8">
              <w:rPr>
                <w:sz w:val="17"/>
              </w:rPr>
              <w:t>Opvarmningsformer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5E1E28D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5BD1D14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3116AA5" w14:textId="77777777" w:rsidR="00597C11" w:rsidRPr="004C35F8" w:rsidRDefault="00597C11"/>
        </w:tc>
      </w:tr>
      <w:tr w:rsidR="00597C11" w:rsidRPr="004C35F8" w14:paraId="33801E7E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68AA9C" w14:textId="77777777" w:rsidR="00597C11" w:rsidRPr="004C35F8" w:rsidRDefault="00000000">
            <w:r w:rsidRPr="004C35F8">
              <w:rPr>
                <w:sz w:val="17"/>
              </w:rPr>
              <w:t>Byggesager/nybyggeri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265F53F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7E2BCF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F636756" w14:textId="77777777" w:rsidR="00597C11" w:rsidRPr="004C35F8" w:rsidRDefault="00597C11"/>
        </w:tc>
      </w:tr>
      <w:tr w:rsidR="00597C11" w:rsidRPr="004C35F8" w14:paraId="0895086D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51E8FDA" w14:textId="77777777" w:rsidR="00597C11" w:rsidRPr="004C35F8" w:rsidRDefault="00000000">
            <w:r w:rsidRPr="004C35F8">
              <w:rPr>
                <w:sz w:val="17"/>
              </w:rPr>
              <w:t>Virksomheder/P-numre og evt. branche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081945C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625520E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C9CB9C" w14:textId="77777777" w:rsidR="00597C11" w:rsidRPr="004C35F8" w:rsidRDefault="00597C11"/>
        </w:tc>
      </w:tr>
      <w:tr w:rsidR="00597C11" w:rsidRPr="004C35F8" w14:paraId="654FB845" w14:textId="77777777">
        <w:trPr>
          <w:cantSplit/>
          <w:jc w:val="center"/>
        </w:trPr>
        <w:tc>
          <w:tcPr>
            <w:tcW w:w="2891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870EEAD" w14:textId="77777777" w:rsidR="00597C11" w:rsidRPr="004C35F8" w:rsidRDefault="00000000">
            <w:r w:rsidRPr="004C35F8">
              <w:rPr>
                <w:sz w:val="17"/>
              </w:rPr>
              <w:t>Plan- og arealdata</w:t>
            </w:r>
          </w:p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F813BB6" w14:textId="77777777" w:rsidR="00597C11" w:rsidRPr="004C35F8" w:rsidRDefault="00000000">
            <w:r w:rsidRPr="004C35F8">
              <w:rPr>
                <w:sz w:val="17"/>
              </w:rPr>
              <w:t>[LANDSBYNAVN]/afgrænset område</w:t>
            </w:r>
          </w:p>
        </w:tc>
        <w:tc>
          <w:tcPr>
            <w:tcW w:w="1814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DC9F4B" w14:textId="77777777" w:rsidR="00597C11" w:rsidRPr="004C35F8" w:rsidRDefault="00597C11"/>
        </w:tc>
        <w:tc>
          <w:tcPr>
            <w:tcW w:w="2835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9D7C28E" w14:textId="77777777" w:rsidR="00597C11" w:rsidRPr="004C35F8" w:rsidRDefault="00597C11"/>
        </w:tc>
      </w:tr>
    </w:tbl>
    <w:p w14:paraId="3E5D247B" w14:textId="77777777" w:rsidR="00597C11" w:rsidRPr="004C35F8" w:rsidRDefault="00000000">
      <w:pPr>
        <w:pStyle w:val="Overskrift1"/>
      </w:pPr>
      <w:r w:rsidRPr="004C35F8">
        <w:t>11. Samlet analyse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520"/>
      </w:tblGrid>
      <w:tr w:rsidR="00597C11" w:rsidRPr="004C35F8" w14:paraId="31DEF2C0" w14:textId="77777777">
        <w:trPr>
          <w:cantSplit/>
          <w:tblHeader/>
          <w:jc w:val="center"/>
        </w:trPr>
        <w:tc>
          <w:tcPr>
            <w:tcW w:w="3402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64D4E5D" w14:textId="77777777" w:rsidR="00597C11" w:rsidRPr="004C35F8" w:rsidRDefault="00000000">
            <w:r w:rsidRPr="004C35F8">
              <w:rPr>
                <w:b/>
                <w:sz w:val="18"/>
              </w:rPr>
              <w:t>Tema</w:t>
            </w:r>
          </w:p>
        </w:tc>
        <w:tc>
          <w:tcPr>
            <w:tcW w:w="6520" w:type="dxa"/>
            <w:shd w:val="clear" w:color="auto" w:fill="EAF1E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EC40ACC" w14:textId="77777777" w:rsidR="00597C11" w:rsidRPr="004C35F8" w:rsidRDefault="00000000">
            <w:r w:rsidRPr="004C35F8">
              <w:rPr>
                <w:b/>
                <w:sz w:val="18"/>
              </w:rPr>
              <w:t>Kort opsummering</w:t>
            </w:r>
          </w:p>
        </w:tc>
      </w:tr>
      <w:tr w:rsidR="00597C11" w:rsidRPr="004C35F8" w14:paraId="48819FBE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11383E5" w14:textId="77777777" w:rsidR="00597C11" w:rsidRPr="004C35F8" w:rsidRDefault="00000000">
            <w:r w:rsidRPr="004C35F8">
              <w:rPr>
                <w:sz w:val="17"/>
              </w:rPr>
              <w:t>Styrker – det landsbyen allerede har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B7C15A" w14:textId="77777777" w:rsidR="00597C11" w:rsidRPr="004C35F8" w:rsidRDefault="00597C11"/>
        </w:tc>
      </w:tr>
      <w:tr w:rsidR="00597C11" w:rsidRPr="004C35F8" w14:paraId="1109C6CD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FDA1437" w14:textId="77777777" w:rsidR="00597C11" w:rsidRPr="004C35F8" w:rsidRDefault="00000000">
            <w:r w:rsidRPr="004C35F8">
              <w:rPr>
                <w:sz w:val="17"/>
              </w:rPr>
              <w:t>Udfordringer – det der begrænser udviklingen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C4653CD" w14:textId="77777777" w:rsidR="00597C11" w:rsidRPr="004C35F8" w:rsidRDefault="00597C11"/>
        </w:tc>
      </w:tr>
      <w:tr w:rsidR="00597C11" w:rsidRPr="004C35F8" w14:paraId="12BCBEAA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1C6C75" w14:textId="77777777" w:rsidR="00597C11" w:rsidRPr="004C35F8" w:rsidRDefault="00000000">
            <w:r w:rsidRPr="004C35F8">
              <w:rPr>
                <w:sz w:val="17"/>
              </w:rPr>
              <w:t>Muligheder – det der kan bygges videre på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0799102" w14:textId="77777777" w:rsidR="00597C11" w:rsidRPr="004C35F8" w:rsidRDefault="00597C11"/>
        </w:tc>
      </w:tr>
      <w:tr w:rsidR="00597C11" w:rsidRPr="004C35F8" w14:paraId="4D7E3D02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DEB376D" w14:textId="77777777" w:rsidR="00597C11" w:rsidRPr="004C35F8" w:rsidRDefault="00000000">
            <w:r w:rsidRPr="004C35F8">
              <w:rPr>
                <w:sz w:val="17"/>
              </w:rPr>
              <w:lastRenderedPageBreak/>
              <w:t>Risici – forhold der kan forværres eller kræver opmærksomhed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BA4F39" w14:textId="77777777" w:rsidR="00597C11" w:rsidRPr="004C35F8" w:rsidRDefault="00597C11"/>
        </w:tc>
      </w:tr>
      <w:tr w:rsidR="00597C11" w:rsidRPr="004C35F8" w14:paraId="33C020C2" w14:textId="77777777">
        <w:trPr>
          <w:cantSplit/>
          <w:jc w:val="center"/>
        </w:trPr>
        <w:tc>
          <w:tcPr>
            <w:tcW w:w="3402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F766F1" w14:textId="77777777" w:rsidR="00597C11" w:rsidRPr="004C35F8" w:rsidRDefault="00000000">
            <w:r w:rsidRPr="004C35F8">
              <w:rPr>
                <w:sz w:val="17"/>
              </w:rPr>
              <w:t>Ressourcer/</w:t>
            </w:r>
            <w:proofErr w:type="spellStart"/>
            <w:r w:rsidRPr="004C35F8">
              <w:rPr>
                <w:sz w:val="17"/>
              </w:rPr>
              <w:t>hævstænger</w:t>
            </w:r>
            <w:proofErr w:type="spellEnd"/>
            <w:r w:rsidRPr="004C35F8">
              <w:rPr>
                <w:sz w:val="17"/>
              </w:rPr>
              <w:t xml:space="preserve"> – steder, aktører eller initiativer med særlig effekt</w:t>
            </w:r>
          </w:p>
        </w:tc>
        <w:tc>
          <w:tcPr>
            <w:tcW w:w="6520" w:type="dxa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3516FF" w14:textId="77777777" w:rsidR="00597C11" w:rsidRPr="004C35F8" w:rsidRDefault="00597C11"/>
        </w:tc>
      </w:tr>
    </w:tbl>
    <w:p w14:paraId="6CB59082" w14:textId="77777777" w:rsidR="00597C11" w:rsidRPr="004C35F8" w:rsidRDefault="00000000">
      <w:pPr>
        <w:pStyle w:val="Overskrift2"/>
      </w:pPr>
      <w:r w:rsidRPr="004C35F8">
        <w:t>De tre vigtigste spørgsmål, kortlægningen rejser</w:t>
      </w:r>
    </w:p>
    <w:p w14:paraId="0C75C9DC" w14:textId="77777777" w:rsidR="00597C11" w:rsidRPr="004C35F8" w:rsidRDefault="00000000">
      <w:r w:rsidRPr="004C35F8">
        <w:rPr>
          <w:b/>
        </w:rPr>
        <w:t xml:space="preserve">1. </w:t>
      </w:r>
      <w:r w:rsidRPr="004C35F8">
        <w:t>________________________________________________________________________</w:t>
      </w:r>
    </w:p>
    <w:p w14:paraId="1DCDAF80" w14:textId="77777777" w:rsidR="00597C11" w:rsidRPr="004C35F8" w:rsidRDefault="00000000">
      <w:r w:rsidRPr="004C35F8">
        <w:rPr>
          <w:b/>
        </w:rPr>
        <w:t xml:space="preserve">2. </w:t>
      </w:r>
      <w:r w:rsidRPr="004C35F8">
        <w:t>________________________________________________________________________</w:t>
      </w:r>
    </w:p>
    <w:p w14:paraId="76D28C47" w14:textId="77777777" w:rsidR="00597C11" w:rsidRPr="004C35F8" w:rsidRDefault="00000000">
      <w:r w:rsidRPr="004C35F8">
        <w:rPr>
          <w:b/>
        </w:rPr>
        <w:t xml:space="preserve">3. </w:t>
      </w:r>
      <w:r w:rsidRPr="004C35F8">
        <w:t>________________________________________________________________________</w:t>
      </w:r>
    </w:p>
    <w:p w14:paraId="065C6447" w14:textId="77777777" w:rsidR="00597C11" w:rsidRPr="004C35F8" w:rsidRDefault="00000000">
      <w:pPr>
        <w:pStyle w:val="Overskrift2"/>
      </w:pPr>
      <w:r w:rsidRPr="004C35F8">
        <w:t>De tre mest oplagte næste skridt</w:t>
      </w:r>
    </w:p>
    <w:p w14:paraId="217F9B3C" w14:textId="77777777" w:rsidR="00597C11" w:rsidRPr="004C35F8" w:rsidRDefault="00000000">
      <w:r w:rsidRPr="004C35F8">
        <w:rPr>
          <w:b/>
        </w:rPr>
        <w:t xml:space="preserve">1. </w:t>
      </w:r>
      <w:r w:rsidRPr="004C35F8">
        <w:t>________________________________________________________________________</w:t>
      </w:r>
    </w:p>
    <w:p w14:paraId="3773236A" w14:textId="77777777" w:rsidR="00597C11" w:rsidRPr="004C35F8" w:rsidRDefault="00000000">
      <w:r w:rsidRPr="004C35F8">
        <w:rPr>
          <w:b/>
        </w:rPr>
        <w:t xml:space="preserve">2. </w:t>
      </w:r>
      <w:r w:rsidRPr="004C35F8">
        <w:t>________________________________________________________________________</w:t>
      </w:r>
    </w:p>
    <w:p w14:paraId="57227272" w14:textId="77777777" w:rsidR="00597C11" w:rsidRPr="004C35F8" w:rsidRDefault="00000000">
      <w:r w:rsidRPr="004C35F8">
        <w:rPr>
          <w:b/>
        </w:rPr>
        <w:t xml:space="preserve">3. </w:t>
      </w:r>
      <w:r w:rsidRPr="004C35F8">
        <w:t>________________________________________________________________________</w:t>
      </w:r>
    </w:p>
    <w:p w14:paraId="5F8D708E" w14:textId="77777777" w:rsidR="00597C11" w:rsidRPr="004C35F8" w:rsidRDefault="00000000">
      <w:pPr>
        <w:pStyle w:val="Overskrift1"/>
      </w:pPr>
      <w:r w:rsidRPr="004C35F8">
        <w:t>12. Datakilder og dokumentation</w:t>
      </w:r>
    </w:p>
    <w:p w14:paraId="5023DC10" w14:textId="77777777" w:rsidR="00597C11" w:rsidRPr="004C35F8" w:rsidRDefault="00000000">
      <w:pPr>
        <w:pStyle w:val="Overskrift2"/>
      </w:pPr>
      <w:r w:rsidRPr="004C35F8">
        <w:t>Datakilder:</w:t>
      </w:r>
    </w:p>
    <w:p w14:paraId="0ABE41E9" w14:textId="77777777" w:rsidR="00597C11" w:rsidRPr="004C35F8" w:rsidRDefault="00000000">
      <w:pPr>
        <w:pStyle w:val="Opstilling-punkttegn"/>
        <w:spacing w:after="30"/>
      </w:pPr>
      <w:r w:rsidRPr="004C35F8">
        <w:t>CVR / Virk: https://datacvr.virk.dk/</w:t>
      </w:r>
    </w:p>
    <w:p w14:paraId="3FF330EE" w14:textId="77777777" w:rsidR="00597C11" w:rsidRPr="004C35F8" w:rsidRDefault="00000000">
      <w:pPr>
        <w:pStyle w:val="Opstilling-punkttegn"/>
        <w:spacing w:after="30"/>
      </w:pPr>
      <w:r w:rsidRPr="004C35F8">
        <w:t>BBR/OIS enkeltopslag: https://ois.dk/</w:t>
      </w:r>
    </w:p>
    <w:p w14:paraId="6FA8F785" w14:textId="77777777" w:rsidR="00597C11" w:rsidRPr="004C35F8" w:rsidRDefault="00000000">
      <w:pPr>
        <w:pStyle w:val="Opstilling-punkttegn"/>
        <w:spacing w:after="30"/>
      </w:pPr>
      <w:r w:rsidRPr="004C35F8">
        <w:t xml:space="preserve">Danmarks Statistik / </w:t>
      </w:r>
      <w:proofErr w:type="spellStart"/>
      <w:r w:rsidRPr="004C35F8">
        <w:t>Statbank</w:t>
      </w:r>
      <w:proofErr w:type="spellEnd"/>
      <w:r w:rsidRPr="004C35F8">
        <w:t>: https://www.statbank.dk/</w:t>
      </w:r>
    </w:p>
    <w:p w14:paraId="402C9A15" w14:textId="77777777" w:rsidR="00597C11" w:rsidRPr="004C35F8" w:rsidRDefault="00000000">
      <w:pPr>
        <w:pStyle w:val="Opstilling-punkttegn"/>
        <w:spacing w:after="30"/>
      </w:pPr>
      <w:r w:rsidRPr="004C35F8">
        <w:t>Historisk Atlas: https://historiskatlas.dk/</w:t>
      </w:r>
    </w:p>
    <w:p w14:paraId="0A1FFFB5" w14:textId="77777777" w:rsidR="00597C11" w:rsidRPr="004C35F8" w:rsidRDefault="00000000">
      <w:pPr>
        <w:pStyle w:val="Opstilling-punkttegn"/>
        <w:spacing w:after="30"/>
      </w:pPr>
      <w:r w:rsidRPr="004C35F8">
        <w:t>Kommunen: geografisk afgrænsede udtræk og sammenstilling af registerdata, når offentlige kilder ikke er tilstrækkelige.</w:t>
      </w:r>
    </w:p>
    <w:p w14:paraId="08A181B3" w14:textId="77777777" w:rsidR="00597C11" w:rsidRPr="004C35F8" w:rsidRDefault="00000000">
      <w:pPr>
        <w:pStyle w:val="Opstilling-punkttegn"/>
        <w:spacing w:after="30"/>
      </w:pPr>
      <w:r w:rsidRPr="004C35F8">
        <w:t>Gem datoen for hvert dataudtræk, så kortlægningen kan opdateres senere.</w:t>
      </w:r>
    </w:p>
    <w:p w14:paraId="36F95352" w14:textId="77777777" w:rsidR="00597C11" w:rsidRPr="004C35F8" w:rsidRDefault="00000000">
      <w:pPr>
        <w:pStyle w:val="Opstilling-punkttegn"/>
        <w:spacing w:after="30"/>
      </w:pPr>
      <w:r w:rsidRPr="004C35F8">
        <w:t>Notér præcis geografi og definition sammen med hvert nøgletal.</w:t>
      </w:r>
    </w:p>
    <w:p w14:paraId="15FE3979" w14:textId="77777777" w:rsidR="00597C11" w:rsidRPr="004C35F8" w:rsidRDefault="00000000">
      <w:pPr>
        <w:pStyle w:val="Opstilling-punkttegn"/>
        <w:spacing w:after="30"/>
      </w:pPr>
      <w:r w:rsidRPr="004C35F8">
        <w:t>Skeln mellem registerdata, lokale observationer og vurderinger.</w:t>
      </w:r>
    </w:p>
    <w:p w14:paraId="54EF91C6" w14:textId="77777777" w:rsidR="00597C11" w:rsidRPr="004C35F8" w:rsidRDefault="00000000">
      <w:pPr>
        <w:pStyle w:val="Opstilling-punkttegn"/>
        <w:spacing w:after="30"/>
      </w:pPr>
      <w:r w:rsidRPr="004C35F8">
        <w:t>Undgå personhenførbare oplysninger; brug aggregerede data til lokal analyse.</w:t>
      </w:r>
    </w:p>
    <w:p w14:paraId="05B84953" w14:textId="77777777" w:rsidR="00597C11" w:rsidRPr="004C35F8" w:rsidRDefault="00000000">
      <w:pPr>
        <w:pStyle w:val="Opstilling-punkttegn"/>
        <w:spacing w:after="30"/>
      </w:pPr>
      <w:r w:rsidRPr="004C35F8">
        <w:t>Ved modstridende tal: dokumentér begge kilder og afklar forskellen, før konklusioner træffes.</w:t>
      </w:r>
    </w:p>
    <w:p w14:paraId="09E1BA51" w14:textId="77777777" w:rsidR="00597C11" w:rsidRPr="004C35F8" w:rsidRDefault="00000000">
      <w:pPr>
        <w:pStyle w:val="Overskrift1"/>
      </w:pPr>
      <w:r w:rsidRPr="004C35F8">
        <w:t>Arbejdsnoter</w:t>
      </w:r>
    </w:p>
    <w:p w14:paraId="33B55BA4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4F896E7B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66603E98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54E4C3A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7CEFBF9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5AA5746B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8701B8B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1FDD61D7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0AFF2D61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7A7CA585" w14:textId="77777777" w:rsidR="00597C11" w:rsidRPr="004C35F8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p w14:paraId="26C07B90" w14:textId="7B74C3E8" w:rsidR="00597C11" w:rsidRDefault="00000000">
      <w:pPr>
        <w:spacing w:after="40"/>
      </w:pPr>
      <w:r w:rsidRPr="004C35F8">
        <w:rPr>
          <w:color w:val="B4B4B4"/>
          <w:sz w:val="16"/>
        </w:rPr>
        <w:t>________________________________________________________________________________</w:t>
      </w:r>
    </w:p>
    <w:sectPr w:rsidR="00597C11" w:rsidSect="00034616">
      <w:headerReference w:type="default" r:id="rId8"/>
      <w:footerReference w:type="default" r:id="rId9"/>
      <w:pgSz w:w="12240" w:h="15840"/>
      <w:pgMar w:top="964" w:right="964" w:bottom="93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D260" w14:textId="77777777" w:rsidR="00A5130C" w:rsidRPr="004C35F8" w:rsidRDefault="00A5130C">
      <w:pPr>
        <w:spacing w:after="0" w:line="240" w:lineRule="auto"/>
      </w:pPr>
      <w:r w:rsidRPr="004C35F8">
        <w:separator/>
      </w:r>
    </w:p>
  </w:endnote>
  <w:endnote w:type="continuationSeparator" w:id="0">
    <w:p w14:paraId="230B5C53" w14:textId="77777777" w:rsidR="00A5130C" w:rsidRPr="004C35F8" w:rsidRDefault="00A5130C">
      <w:pPr>
        <w:spacing w:after="0" w:line="240" w:lineRule="auto"/>
      </w:pPr>
      <w:r w:rsidRPr="004C35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E626" w14:textId="77777777" w:rsidR="00597C11" w:rsidRPr="004C35F8" w:rsidRDefault="00000000">
    <w:pPr>
      <w:pStyle w:val="Sidefod"/>
    </w:pPr>
    <w:r w:rsidRPr="004C35F8">
      <w:drawing>
        <wp:inline distT="0" distB="0" distL="0" distR="0" wp14:anchorId="327FAC29" wp14:editId="66FC5CE9">
          <wp:extent cx="1620000" cy="320991"/>
          <wp:effectExtent l="0" t="0" r="0" b="0"/>
          <wp:docPr id="5023030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20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C35F8">
      <w:rPr>
        <w:color w:val="6E6E6E"/>
        <w:sz w:val="16"/>
      </w:rPr>
      <w:t xml:space="preserve">    Kortlægning af [LANDSBYNAVN] · [KOMMUNE]    </w:t>
    </w:r>
    <w:r w:rsidRPr="004C35F8">
      <w:rPr>
        <w:sz w:val="16"/>
      </w:rPr>
      <w:t xml:space="preserve">Side </w:t>
    </w:r>
    <w:r w:rsidRPr="004C35F8">
      <w:fldChar w:fldCharType="begin"/>
    </w:r>
    <w:r w:rsidRPr="004C35F8">
      <w:instrText>PAGE</w:instrText>
    </w:r>
    <w:r w:rsidRPr="004C35F8">
      <w:fldChar w:fldCharType="separate"/>
    </w:r>
    <w:r w:rsidR="005A2440" w:rsidRPr="004C35F8">
      <w:t>1</w:t>
    </w:r>
    <w:r w:rsidRPr="004C35F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4982" w14:textId="77777777" w:rsidR="00A5130C" w:rsidRPr="004C35F8" w:rsidRDefault="00A5130C">
      <w:pPr>
        <w:spacing w:after="0" w:line="240" w:lineRule="auto"/>
      </w:pPr>
      <w:r w:rsidRPr="004C35F8">
        <w:separator/>
      </w:r>
    </w:p>
  </w:footnote>
  <w:footnote w:type="continuationSeparator" w:id="0">
    <w:p w14:paraId="72E4A091" w14:textId="77777777" w:rsidR="00A5130C" w:rsidRPr="004C35F8" w:rsidRDefault="00A5130C">
      <w:pPr>
        <w:spacing w:after="0" w:line="240" w:lineRule="auto"/>
      </w:pPr>
      <w:r w:rsidRPr="004C35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F5FB" w14:textId="77777777" w:rsidR="00597C11" w:rsidRPr="004C35F8" w:rsidRDefault="00000000">
    <w:pPr>
      <w:pStyle w:val="Sidehoved"/>
      <w:jc w:val="right"/>
    </w:pPr>
    <w:r w:rsidRPr="004C35F8">
      <w:drawing>
        <wp:inline distT="0" distB="0" distL="0" distR="0" wp14:anchorId="53A3CE45" wp14:editId="4E2D14B1">
          <wp:extent cx="1512000" cy="52247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522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9758969">
    <w:abstractNumId w:val="8"/>
  </w:num>
  <w:num w:numId="2" w16cid:durableId="1360473099">
    <w:abstractNumId w:val="6"/>
  </w:num>
  <w:num w:numId="3" w16cid:durableId="2039158388">
    <w:abstractNumId w:val="5"/>
  </w:num>
  <w:num w:numId="4" w16cid:durableId="1012608330">
    <w:abstractNumId w:val="4"/>
  </w:num>
  <w:num w:numId="5" w16cid:durableId="1730952891">
    <w:abstractNumId w:val="7"/>
  </w:num>
  <w:num w:numId="6" w16cid:durableId="1677881144">
    <w:abstractNumId w:val="3"/>
  </w:num>
  <w:num w:numId="7" w16cid:durableId="1622682861">
    <w:abstractNumId w:val="2"/>
  </w:num>
  <w:num w:numId="8" w16cid:durableId="192573797">
    <w:abstractNumId w:val="1"/>
  </w:num>
  <w:num w:numId="9" w16cid:durableId="1115515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32BE"/>
    <w:rsid w:val="004C35F8"/>
    <w:rsid w:val="00597C11"/>
    <w:rsid w:val="005A2440"/>
    <w:rsid w:val="00814DB4"/>
    <w:rsid w:val="008D7F72"/>
    <w:rsid w:val="00A5130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A3131"/>
  <w14:defaultImageDpi w14:val="300"/>
  <w15:docId w15:val="{D345195F-4098-4400-9509-3422ACB2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4D7548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B4B4B"/>
      <w:sz w:val="25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4B4B4B"/>
      <w:sz w:val="2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B4B4B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wnInput">
    <w:name w:val="OwnInput"/>
    <w:pPr>
      <w:keepNext/>
      <w:spacing w:before="40" w:after="80"/>
    </w:pPr>
    <w:rPr>
      <w:rFonts w:ascii="Aptos" w:hAnsi="Aptos"/>
      <w:b/>
      <w:color w:val="3E6937"/>
      <w:sz w:val="17"/>
    </w:rPr>
  </w:style>
  <w:style w:type="paragraph" w:customStyle="1" w:styleId="SmallNote">
    <w:name w:val="SmallNote"/>
    <w:pPr>
      <w:spacing w:after="80"/>
    </w:pPr>
    <w:rPr>
      <w:rFonts w:ascii="Aptos" w:hAnsi="Aptos"/>
      <w:color w:val="5F5F5F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E41B54F195F4D87A5D7C8E5E3C8DD" ma:contentTypeVersion="16" ma:contentTypeDescription="Opret et nyt dokument." ma:contentTypeScope="" ma:versionID="ca9375aae7e7185ba6adfbdf0c279c3d">
  <xsd:schema xmlns:xsd="http://www.w3.org/2001/XMLSchema" xmlns:xs="http://www.w3.org/2001/XMLSchema" xmlns:p="http://schemas.microsoft.com/office/2006/metadata/properties" xmlns:ns2="1b0c7d6f-6cae-4a45-bd99-fb972ad887fa" xmlns:ns3="8fffa5b7-97ed-4aef-b19a-b011bbe20875" targetNamespace="http://schemas.microsoft.com/office/2006/metadata/properties" ma:root="true" ma:fieldsID="023e93aa5409d5f5e09c05a27c456991" ns2:_="" ns3:_="">
    <xsd:import namespace="1b0c7d6f-6cae-4a45-bd99-fb972ad887fa"/>
    <xsd:import namespace="8fffa5b7-97ed-4aef-b19a-b011bbe20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7d6f-6cae-4a45-bd99-fb972ad88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ff936044-efbb-4852-8490-8d419ffa0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fa5b7-97ed-4aef-b19a-b011bbe208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3aec6b-a5c0-40e7-89c3-3dc6b4e1c316}" ma:internalName="TaxCatchAll" ma:showField="CatchAllData" ma:web="8fffa5b7-97ed-4aef-b19a-b011bbe20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fa5b7-97ed-4aef-b19a-b011bbe20875" xsi:nil="true"/>
    <lcf76f155ced4ddcb4097134ff3c332f xmlns="1b0c7d6f-6cae-4a45-bd99-fb972ad887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158B31-5CA9-47E3-BB67-6CDE6FDB268D}"/>
</file>

<file path=customXml/itemProps3.xml><?xml version="1.0" encoding="utf-8"?>
<ds:datastoreItem xmlns:ds="http://schemas.openxmlformats.org/officeDocument/2006/customXml" ds:itemID="{F408B72E-FBBF-4E59-AE8B-D3BD3ACF26D8}"/>
</file>

<file path=customXml/itemProps4.xml><?xml version="1.0" encoding="utf-8"?>
<ds:datastoreItem xmlns:ds="http://schemas.openxmlformats.org/officeDocument/2006/customXml" ds:itemID="{2A32FE36-C834-4546-84CF-14354D20C7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1951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Kortlægning af [LANDSBYNAVN]</dc:title>
  <dc:subject>Neutral arbejdsskabelon til landsbykortlægning</dc:subject>
  <dc:creator>LAG NVS</dc:creator>
  <cp:keywords/>
  <dc:description>generated by python-docx</dc:description>
  <cp:lastModifiedBy>Marina Petersen</cp:lastModifiedBy>
  <cp:revision>3</cp:revision>
  <dcterms:created xsi:type="dcterms:W3CDTF">2026-09-10T10:22:00Z</dcterms:created>
  <dcterms:modified xsi:type="dcterms:W3CDTF">2026-09-10T10:23:00Z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0x01010044DE41B54F195F4D87A5D7C8E5E3C8DD</vt:lpwstr>
  </property>
  <property fmtid="{D5CDD505-2E9C-101B-9397-08002B2CF9AE}" pid="3" name="MediaServiceImageTags">
    <vt:lpwstr/>
  </property>
</Properties>
</file>