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91180" w14:textId="77777777" w:rsidR="002D0259" w:rsidRDefault="00E43745">
      <w:pPr>
        <w:jc w:val="center"/>
      </w:pPr>
      <w:r>
        <w:rPr>
          <w:rFonts w:ascii="Aptos Display" w:hAnsi="Aptos Display"/>
          <w:b/>
          <w:color w:val="2D533F"/>
          <w:sz w:val="42"/>
        </w:rPr>
        <w:t>HANDLINGSARK TIL ARBEJDSGRUPPE</w:t>
      </w:r>
    </w:p>
    <w:p w14:paraId="0A410038" w14:textId="77777777" w:rsidR="002D0259" w:rsidRDefault="00E43745">
      <w:pPr>
        <w:jc w:val="center"/>
      </w:pPr>
      <w:r>
        <w:rPr>
          <w:b/>
          <w:color w:val="505050"/>
          <w:sz w:val="26"/>
        </w:rPr>
        <w:t>Fremtidsværksted</w:t>
      </w:r>
    </w:p>
    <w:p w14:paraId="7AB217F7" w14:textId="77777777" w:rsidR="002D0259" w:rsidRDefault="00E43745">
      <w:pPr>
        <w:jc w:val="center"/>
      </w:pPr>
      <w:r>
        <w:rPr>
          <w:i/>
          <w:sz w:val="21"/>
        </w:rPr>
        <w:t>Skriv dig på den arbejdsgruppe, du gerne vil være med i. Du kan godt skrive dig på flere grupper.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2D0259" w14:paraId="637A1E89" w14:textId="77777777">
        <w:trPr>
          <w:trHeight w:val="1020"/>
          <w:jc w:val="center"/>
        </w:trPr>
        <w:tc>
          <w:tcPr>
            <w:tcW w:w="9751" w:type="dxa"/>
            <w:tcBorders>
              <w:top w:val="single" w:sz="12" w:space="0" w:color="7F8C8D"/>
              <w:left w:val="single" w:sz="12" w:space="0" w:color="7F8C8D"/>
              <w:bottom w:val="single" w:sz="12" w:space="0" w:color="7F8C8D"/>
              <w:right w:val="single" w:sz="12" w:space="0" w:color="7F8C8D"/>
            </w:tcBorders>
            <w:shd w:val="clear" w:color="auto" w:fill="E8F0EA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1D4E64B4" w14:textId="77777777" w:rsidR="002D0259" w:rsidRDefault="00E43745">
            <w:pPr>
              <w:spacing w:after="0"/>
              <w:jc w:val="center"/>
            </w:pPr>
            <w:r>
              <w:rPr>
                <w:b/>
                <w:sz w:val="28"/>
              </w:rPr>
              <w:t>EMNE / IDÉ / FORSLAG</w:t>
            </w:r>
            <w:r>
              <w:rPr>
                <w:b/>
                <w:sz w:val="28"/>
              </w:rPr>
              <w:br/>
            </w:r>
            <w:r>
              <w:rPr>
                <w:b/>
                <w:sz w:val="28"/>
              </w:rPr>
              <w:br/>
              <w:t>_______________________________________________</w:t>
            </w:r>
          </w:p>
        </w:tc>
      </w:tr>
      <w:tr w:rsidR="002D0259" w14:paraId="13D0EDE2" w14:textId="77777777">
        <w:trPr>
          <w:trHeight w:val="1927"/>
          <w:jc w:val="center"/>
        </w:trPr>
        <w:tc>
          <w:tcPr>
            <w:tcW w:w="9751" w:type="dxa"/>
            <w:tcBorders>
              <w:top w:val="single" w:sz="12" w:space="0" w:color="7F8C8D"/>
              <w:left w:val="single" w:sz="12" w:space="0" w:color="7F8C8D"/>
              <w:bottom w:val="single" w:sz="12" w:space="0" w:color="7F8C8D"/>
              <w:right w:val="single" w:sz="12" w:space="0" w:color="7F8C8D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5EF2631B" w14:textId="77777777" w:rsidR="002D0259" w:rsidRDefault="00E43745">
            <w:pPr>
              <w:spacing w:after="0"/>
            </w:pPr>
            <w:r>
              <w:rPr>
                <w:b/>
                <w:sz w:val="23"/>
              </w:rPr>
              <w:t>Kort beskrivelse af idéen/forslaget</w:t>
            </w:r>
            <w:r>
              <w:br/>
              <w:t>____________________________________________________________</w:t>
            </w:r>
            <w:r>
              <w:br/>
              <w:t>____________________________________________________________</w:t>
            </w:r>
            <w:r>
              <w:br/>
              <w:t>____________________________________________________________</w:t>
            </w:r>
          </w:p>
        </w:tc>
      </w:tr>
      <w:tr w:rsidR="002D0259" w14:paraId="08D57C11" w14:textId="77777777">
        <w:trPr>
          <w:trHeight w:val="680"/>
          <w:jc w:val="center"/>
        </w:trPr>
        <w:tc>
          <w:tcPr>
            <w:tcW w:w="9751" w:type="dxa"/>
            <w:tcBorders>
              <w:top w:val="single" w:sz="12" w:space="0" w:color="7F8C8D"/>
              <w:left w:val="single" w:sz="12" w:space="0" w:color="7F8C8D"/>
              <w:bottom w:val="single" w:sz="12" w:space="0" w:color="7F8C8D"/>
              <w:right w:val="single" w:sz="12" w:space="0" w:color="7F8C8D"/>
            </w:tcBorders>
            <w:shd w:val="clear" w:color="auto" w:fill="F2F2F2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5142C03B" w14:textId="77777777" w:rsidR="002D0259" w:rsidRDefault="00E43745">
            <w:pPr>
              <w:spacing w:after="0"/>
              <w:jc w:val="center"/>
            </w:pPr>
            <w:r>
              <w:rPr>
                <w:b/>
                <w:sz w:val="26"/>
              </w:rPr>
              <w:t>Hvem vil være med i arbejdsgruppen?</w:t>
            </w:r>
          </w:p>
        </w:tc>
      </w:tr>
      <w:tr w:rsidR="002D0259" w14:paraId="42E0BB17" w14:textId="77777777">
        <w:trPr>
          <w:trHeight w:val="510"/>
          <w:jc w:val="center"/>
        </w:trPr>
        <w:tc>
          <w:tcPr>
            <w:tcW w:w="9751" w:type="dxa"/>
            <w:tcBorders>
              <w:top w:val="single" w:sz="12" w:space="0" w:color="7F8C8D"/>
              <w:left w:val="single" w:sz="12" w:space="0" w:color="7F8C8D"/>
              <w:bottom w:val="single" w:sz="12" w:space="0" w:color="7F8C8D"/>
              <w:right w:val="single" w:sz="12" w:space="0" w:color="7F8C8D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0105497C" w14:textId="77777777" w:rsidR="002D0259" w:rsidRDefault="00E43745">
            <w:pPr>
              <w:spacing w:after="0"/>
              <w:jc w:val="center"/>
            </w:pPr>
            <w:r>
              <w:rPr>
                <w:i/>
                <w:sz w:val="21"/>
              </w:rPr>
              <w:t>Skriv navn, telefonnummer og e-mail nedenfor</w:t>
            </w:r>
          </w:p>
        </w:tc>
      </w:tr>
    </w:tbl>
    <w:p w14:paraId="42763F2B" w14:textId="77777777" w:rsidR="002D0259" w:rsidRDefault="002D0259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2381"/>
        <w:gridCol w:w="3855"/>
      </w:tblGrid>
      <w:tr w:rsidR="002D0259" w14:paraId="7BD44618" w14:textId="77777777">
        <w:trPr>
          <w:trHeight w:val="538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E8F0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22372" w14:textId="77777777" w:rsidR="002D0259" w:rsidRDefault="00E43745">
            <w:pPr>
              <w:jc w:val="center"/>
            </w:pPr>
            <w:r>
              <w:rPr>
                <w:b/>
              </w:rPr>
              <w:t>Navn</w:t>
            </w:r>
          </w:p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E8F0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6A98D" w14:textId="77777777" w:rsidR="002D0259" w:rsidRDefault="00E43745">
            <w:pPr>
              <w:jc w:val="center"/>
            </w:pPr>
            <w:r>
              <w:rPr>
                <w:b/>
              </w:rPr>
              <w:t>Telefon</w:t>
            </w:r>
          </w:p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E8F0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35798" w14:textId="77777777" w:rsidR="002D0259" w:rsidRDefault="00E43745">
            <w:pPr>
              <w:jc w:val="center"/>
            </w:pPr>
            <w:r>
              <w:rPr>
                <w:b/>
              </w:rPr>
              <w:t>E-mail</w:t>
            </w:r>
          </w:p>
        </w:tc>
      </w:tr>
      <w:tr w:rsidR="002D0259" w14:paraId="06541B65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20BCB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B3501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D1B0F" w14:textId="77777777" w:rsidR="002D0259" w:rsidRDefault="002D0259"/>
        </w:tc>
      </w:tr>
      <w:tr w:rsidR="002D0259" w14:paraId="5754CAF8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B986D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038A47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CA93A" w14:textId="77777777" w:rsidR="002D0259" w:rsidRDefault="002D0259"/>
        </w:tc>
      </w:tr>
      <w:tr w:rsidR="002D0259" w14:paraId="1F142A02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B6F12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103B8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87F30" w14:textId="77777777" w:rsidR="002D0259" w:rsidRDefault="002D0259"/>
        </w:tc>
      </w:tr>
      <w:tr w:rsidR="002D0259" w14:paraId="38FCB3B5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9C52D6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2B9D9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0BF6D" w14:textId="77777777" w:rsidR="002D0259" w:rsidRDefault="002D0259"/>
        </w:tc>
      </w:tr>
      <w:tr w:rsidR="002D0259" w14:paraId="4DB4C42C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86EB03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2BE23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751BB4" w14:textId="77777777" w:rsidR="002D0259" w:rsidRDefault="002D0259"/>
        </w:tc>
      </w:tr>
      <w:tr w:rsidR="002D0259" w14:paraId="658F9805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6A886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BDCAC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D6A9B" w14:textId="77777777" w:rsidR="002D0259" w:rsidRDefault="002D0259"/>
        </w:tc>
      </w:tr>
      <w:tr w:rsidR="002D0259" w14:paraId="5D6C35F2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7DE3E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5D5FB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0EAF69" w14:textId="77777777" w:rsidR="002D0259" w:rsidRDefault="002D0259"/>
        </w:tc>
      </w:tr>
      <w:tr w:rsidR="002D0259" w14:paraId="2250B345" w14:textId="77777777">
        <w:trPr>
          <w:trHeight w:val="652"/>
          <w:jc w:val="center"/>
        </w:trPr>
        <w:tc>
          <w:tcPr>
            <w:tcW w:w="351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E66D9" w14:textId="77777777" w:rsidR="002D0259" w:rsidRDefault="002D0259"/>
        </w:tc>
        <w:tc>
          <w:tcPr>
            <w:tcW w:w="2381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C55D2" w14:textId="77777777" w:rsidR="002D0259" w:rsidRDefault="002D0259"/>
        </w:tc>
        <w:tc>
          <w:tcPr>
            <w:tcW w:w="38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51B99" w14:textId="77777777" w:rsidR="002D0259" w:rsidRDefault="002D0259"/>
        </w:tc>
      </w:tr>
    </w:tbl>
    <w:p w14:paraId="0CFA2D1F" w14:textId="77777777" w:rsidR="002D0259" w:rsidRDefault="00E43745">
      <w:pPr>
        <w:spacing w:before="160"/>
      </w:pPr>
      <w:r>
        <w:rPr>
          <w:i/>
          <w:color w:val="5A5A5A"/>
          <w:sz w:val="19"/>
        </w:rPr>
        <w:t>Når gruppen er dannet, kan I aftale, hvem der tager første kontakt og indkalder til næste møde.</w:t>
      </w:r>
    </w:p>
    <w:sectPr w:rsidR="002D0259" w:rsidSect="00034616">
      <w:foot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280A" w14:textId="77777777" w:rsidR="00E43745" w:rsidRDefault="00E43745">
      <w:pPr>
        <w:spacing w:after="0" w:line="240" w:lineRule="auto"/>
      </w:pPr>
      <w:r>
        <w:separator/>
      </w:r>
    </w:p>
  </w:endnote>
  <w:endnote w:type="continuationSeparator" w:id="0">
    <w:p w14:paraId="444A81F5" w14:textId="77777777" w:rsidR="00E43745" w:rsidRDefault="00E43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CD2F" w14:textId="77777777" w:rsidR="002D0259" w:rsidRDefault="00E43745">
    <w:pPr>
      <w:pStyle w:val="Sidefod"/>
      <w:jc w:val="center"/>
    </w:pPr>
    <w:r>
      <w:rPr>
        <w:color w:val="787878"/>
        <w:sz w:val="17"/>
      </w:rPr>
      <w:t>[</w:t>
    </w:r>
    <w:proofErr w:type="gramStart"/>
    <w:r>
      <w:rPr>
        <w:color w:val="787878"/>
        <w:sz w:val="17"/>
      </w:rPr>
      <w:t>LANDSBYNAVN]  •</w:t>
    </w:r>
    <w:proofErr w:type="gramEnd"/>
    <w:r>
      <w:rPr>
        <w:color w:val="787878"/>
        <w:sz w:val="17"/>
      </w:rPr>
      <w:t xml:space="preserve">  </w:t>
    </w:r>
    <w:proofErr w:type="spellStart"/>
    <w:proofErr w:type="gramStart"/>
    <w:r>
      <w:rPr>
        <w:color w:val="787878"/>
        <w:sz w:val="17"/>
      </w:rPr>
      <w:t>Fremtidsværksted</w:t>
    </w:r>
    <w:proofErr w:type="spellEnd"/>
    <w:r>
      <w:rPr>
        <w:color w:val="787878"/>
        <w:sz w:val="17"/>
      </w:rPr>
      <w:t xml:space="preserve">  •</w:t>
    </w:r>
    <w:proofErr w:type="gramEnd"/>
    <w:r>
      <w:rPr>
        <w:color w:val="787878"/>
        <w:sz w:val="17"/>
      </w:rPr>
      <w:t xml:space="preserve">  [DATO]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F53E" w14:textId="77777777" w:rsidR="00E43745" w:rsidRDefault="00E43745">
      <w:pPr>
        <w:spacing w:after="0" w:line="240" w:lineRule="auto"/>
      </w:pPr>
      <w:r>
        <w:separator/>
      </w:r>
    </w:p>
  </w:footnote>
  <w:footnote w:type="continuationSeparator" w:id="0">
    <w:p w14:paraId="1F5EA98D" w14:textId="77777777" w:rsidR="00E43745" w:rsidRDefault="00E43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3035679">
    <w:abstractNumId w:val="8"/>
  </w:num>
  <w:num w:numId="2" w16cid:durableId="837158985">
    <w:abstractNumId w:val="6"/>
  </w:num>
  <w:num w:numId="3" w16cid:durableId="375812074">
    <w:abstractNumId w:val="5"/>
  </w:num>
  <w:num w:numId="4" w16cid:durableId="406345701">
    <w:abstractNumId w:val="4"/>
  </w:num>
  <w:num w:numId="5" w16cid:durableId="1632009774">
    <w:abstractNumId w:val="7"/>
  </w:num>
  <w:num w:numId="6" w16cid:durableId="1155561479">
    <w:abstractNumId w:val="3"/>
  </w:num>
  <w:num w:numId="7" w16cid:durableId="2061130862">
    <w:abstractNumId w:val="2"/>
  </w:num>
  <w:num w:numId="8" w16cid:durableId="1002004356">
    <w:abstractNumId w:val="1"/>
  </w:num>
  <w:num w:numId="9" w16cid:durableId="105029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0259"/>
    <w:rsid w:val="00326F90"/>
    <w:rsid w:val="00AA1D8D"/>
    <w:rsid w:val="00B47730"/>
    <w:rsid w:val="00CB0664"/>
    <w:rsid w:val="00E43745"/>
    <w:rsid w:val="00E93B9B"/>
    <w:rsid w:val="00F50E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5A9A7"/>
  <w14:defaultImageDpi w14:val="300"/>
  <w15:docId w15:val="{865B7921-7E9D-400A-A8FD-6575CB83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E41B54F195F4D87A5D7C8E5E3C8DD" ma:contentTypeVersion="16" ma:contentTypeDescription="Opret et nyt dokument." ma:contentTypeScope="" ma:versionID="ca9375aae7e7185ba6adfbdf0c279c3d">
  <xsd:schema xmlns:xsd="http://www.w3.org/2001/XMLSchema" xmlns:xs="http://www.w3.org/2001/XMLSchema" xmlns:p="http://schemas.microsoft.com/office/2006/metadata/properties" xmlns:ns2="1b0c7d6f-6cae-4a45-bd99-fb972ad887fa" xmlns:ns3="8fffa5b7-97ed-4aef-b19a-b011bbe20875" targetNamespace="http://schemas.microsoft.com/office/2006/metadata/properties" ma:root="true" ma:fieldsID="023e93aa5409d5f5e09c05a27c456991" ns2:_="" ns3:_="">
    <xsd:import namespace="1b0c7d6f-6cae-4a45-bd99-fb972ad887fa"/>
    <xsd:import namespace="8fffa5b7-97ed-4aef-b19a-b011bbe20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7d6f-6cae-4a45-bd99-fb972ad887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ff936044-efbb-4852-8490-8d419ffa0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fa5b7-97ed-4aef-b19a-b011bbe208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3aec6b-a5c0-40e7-89c3-3dc6b4e1c316}" ma:internalName="TaxCatchAll" ma:showField="CatchAllData" ma:web="8fffa5b7-97ed-4aef-b19a-b011bbe20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ffa5b7-97ed-4aef-b19a-b011bbe20875" xsi:nil="true"/>
    <lcf76f155ced4ddcb4097134ff3c332f xmlns="1b0c7d6f-6cae-4a45-bd99-fb972ad887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ACB828-2A8B-417C-AF1D-2E91370363E1}"/>
</file>

<file path=customXml/itemProps3.xml><?xml version="1.0" encoding="utf-8"?>
<ds:datastoreItem xmlns:ds="http://schemas.openxmlformats.org/officeDocument/2006/customXml" ds:itemID="{7335368A-00FA-409D-AA7E-BA0AE7A2EFE5}"/>
</file>

<file path=customXml/itemProps4.xml><?xml version="1.0" encoding="utf-8"?>
<ds:datastoreItem xmlns:ds="http://schemas.openxmlformats.org/officeDocument/2006/customXml" ds:itemID="{6AE194A2-98AE-4D3B-A3D0-DD6D3E5A2B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Petersen</cp:lastModifiedBy>
  <cp:revision>2</cp:revision>
  <dcterms:created xsi:type="dcterms:W3CDTF">2026-09-11T13:58:00Z</dcterms:created>
  <dcterms:modified xsi:type="dcterms:W3CDTF">2026-09-11T13:58:00Z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0x01010044DE41B54F195F4D87A5D7C8E5E3C8DD</vt:lpwstr>
  </property>
</Properties>
</file>