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2C019" w14:textId="77777777" w:rsidR="009F5F92" w:rsidRDefault="00F36634">
      <w:pPr>
        <w:keepNext/>
        <w:spacing w:after="60" w:line="259" w:lineRule="auto"/>
      </w:pPr>
      <w:r>
        <w:rPr>
          <w:rFonts w:ascii="Arial" w:hAnsi="Arial"/>
          <w:b/>
          <w:color w:val="404040"/>
          <w:sz w:val="19"/>
        </w:rPr>
        <w:t>PROCESPLAN OG DREJEBOG</w:t>
      </w:r>
    </w:p>
    <w:p w14:paraId="598083EE" w14:textId="77777777" w:rsidR="009F5F92" w:rsidRDefault="00F36634">
      <w:pPr>
        <w:keepNext/>
        <w:spacing w:after="0" w:line="259" w:lineRule="auto"/>
      </w:pPr>
      <w:r>
        <w:rPr>
          <w:rFonts w:ascii="Arial" w:hAnsi="Arial"/>
          <w:b/>
          <w:color w:val="404040"/>
          <w:sz w:val="52"/>
        </w:rPr>
        <w:t>Fremtidsværksted for [LANDSBYNAVN]</w:t>
      </w:r>
    </w:p>
    <w:p w14:paraId="32521D40" w14:textId="77777777" w:rsidR="009F5F92" w:rsidRDefault="009F5F92">
      <w:pPr>
        <w:pBdr>
          <w:bottom w:val="single" w:sz="8" w:space="1" w:color="4472C4"/>
        </w:pBdr>
        <w:spacing w:after="160"/>
      </w:pPr>
    </w:p>
    <w:p w14:paraId="1338E749" w14:textId="77777777" w:rsidR="009F5F92" w:rsidRDefault="00F36634">
      <w:pPr>
        <w:spacing w:after="160" w:line="259" w:lineRule="auto"/>
      </w:pPr>
      <w:r>
        <w:rPr>
          <w:color w:val="666666"/>
          <w:sz w:val="22"/>
        </w:rPr>
        <w:t>Kommune: [KOMMUNE]   ·   Dato: [DD.MM.ÅÅÅÅ]   ·   Sted: [STED]</w:t>
      </w:r>
    </w:p>
    <w:tbl>
      <w:tblPr>
        <w:tblW w:w="0" w:type="auto"/>
        <w:jc w:val="center"/>
        <w:tblLook w:val="04A0" w:firstRow="1" w:lastRow="0" w:firstColumn="1" w:lastColumn="0" w:noHBand="0" w:noVBand="1"/>
      </w:tblPr>
      <w:tblGrid>
        <w:gridCol w:w="9952"/>
      </w:tblGrid>
      <w:tr w:rsidR="009F5F92" w14:paraId="32CE7328" w14:textId="77777777">
        <w:trPr>
          <w:jc w:val="center"/>
        </w:trPr>
        <w:tc>
          <w:tcPr>
            <w:tcW w:w="9972" w:type="dxa"/>
            <w:tcBorders>
              <w:top w:val="single" w:sz="8" w:space="0" w:color="4F7F45"/>
              <w:left w:val="single" w:sz="8" w:space="0" w:color="4F7F45"/>
              <w:bottom w:val="single" w:sz="8" w:space="0" w:color="4F7F45"/>
              <w:right w:val="single" w:sz="8" w:space="0" w:color="4F7F45"/>
            </w:tcBorders>
            <w:shd w:val="clear" w:color="auto" w:fill="E9F1E7"/>
            <w:tcMar>
              <w:top w:w="90" w:type="dxa"/>
              <w:left w:w="120" w:type="dxa"/>
              <w:bottom w:w="90" w:type="dxa"/>
              <w:right w:w="120" w:type="dxa"/>
            </w:tcMar>
          </w:tcPr>
          <w:p w14:paraId="090D967E" w14:textId="77777777" w:rsidR="009F5F92" w:rsidRDefault="00F36634">
            <w:pPr>
              <w:spacing w:after="60" w:line="259" w:lineRule="auto"/>
            </w:pPr>
            <w:r>
              <w:rPr>
                <w:rFonts w:ascii="Arial" w:hAnsi="Arial"/>
                <w:b/>
                <w:color w:val="4F7F45"/>
              </w:rPr>
              <w:t>Formål</w:t>
            </w:r>
          </w:p>
          <w:p w14:paraId="69531160" w14:textId="77777777" w:rsidR="009F5F92" w:rsidRDefault="00F36634">
            <w:pPr>
              <w:spacing w:after="0" w:line="259" w:lineRule="auto"/>
            </w:pPr>
            <w:r>
              <w:rPr>
                <w:color w:val="404040"/>
                <w:sz w:val="20"/>
              </w:rPr>
              <w:t>At skabe et fælles billede af landsbyens udfordringer, drømme og muligheder og omsætte de vigtigste idéer til realistiske initiativer, som borgere og lokale aktører kan arbejde videre med.</w:t>
            </w:r>
          </w:p>
        </w:tc>
      </w:tr>
    </w:tbl>
    <w:p w14:paraId="352492DC" w14:textId="77777777" w:rsidR="009F5F92" w:rsidRDefault="009F5F92">
      <w:pPr>
        <w:spacing w:after="0"/>
      </w:pPr>
    </w:p>
    <w:p w14:paraId="5722C6C8" w14:textId="77777777" w:rsidR="009F5F92" w:rsidRDefault="00F36634">
      <w:pPr>
        <w:keepNext/>
        <w:spacing w:before="180" w:after="100"/>
      </w:pPr>
      <w:r>
        <w:rPr>
          <w:rFonts w:ascii="Arial" w:hAnsi="Arial"/>
          <w:b/>
          <w:color w:val="4F7F45"/>
          <w:sz w:val="33"/>
        </w:rPr>
        <w:t>Det skal værkstedet munde ud i</w:t>
      </w:r>
    </w:p>
    <w:p w14:paraId="6C30BDB8" w14:textId="77777777" w:rsidR="009F5F92" w:rsidRDefault="00F36634">
      <w:pPr>
        <w:pStyle w:val="Opstilling-punkttegn"/>
        <w:spacing w:after="50"/>
        <w:ind w:left="312" w:hanging="142"/>
      </w:pPr>
      <w:r>
        <w:rPr>
          <w:color w:val="404040"/>
        </w:rPr>
        <w:t>Et fælles og nuanceret billede af de vigtigste udfordringer og udviklingsbehov.</w:t>
      </w:r>
    </w:p>
    <w:p w14:paraId="24EB3E98" w14:textId="77777777" w:rsidR="009F5F92" w:rsidRDefault="00F36634">
      <w:pPr>
        <w:pStyle w:val="Opstilling-punkttegn"/>
        <w:spacing w:after="50"/>
        <w:ind w:left="312" w:hanging="142"/>
      </w:pPr>
      <w:r>
        <w:rPr>
          <w:color w:val="404040"/>
        </w:rPr>
        <w:t>Visioner og idéer inden for 2-4 temaer, som er valgt på baggrund af lokal kortlægning, spørgeskema og dialog.</w:t>
      </w:r>
    </w:p>
    <w:p w14:paraId="6FCD25B5" w14:textId="77777777" w:rsidR="009F5F92" w:rsidRDefault="00F36634">
      <w:pPr>
        <w:pStyle w:val="Opstilling-punkttegn"/>
        <w:spacing w:after="50"/>
        <w:ind w:left="312" w:hanging="142"/>
      </w:pPr>
      <w:r>
        <w:rPr>
          <w:color w:val="404040"/>
        </w:rPr>
        <w:t>2-3 prioriterede, realiserbare forslag pr. tema med første skridt, mulige ressourcer og relevante samarbejdspartnere.</w:t>
      </w:r>
    </w:p>
    <w:p w14:paraId="2C2C7E73" w14:textId="77777777" w:rsidR="009F5F92" w:rsidRDefault="00F36634">
      <w:pPr>
        <w:pStyle w:val="Opstilling-punkttegn"/>
        <w:spacing w:after="50"/>
        <w:ind w:left="312" w:hanging="142"/>
      </w:pPr>
      <w:r>
        <w:rPr>
          <w:color w:val="404040"/>
        </w:rPr>
        <w:t>Navne på deltagere, der gerne vil bidrage til det videre arbejde med konkrete idéer.</w:t>
      </w:r>
    </w:p>
    <w:p w14:paraId="41FBD89F" w14:textId="77777777" w:rsidR="009F5F92" w:rsidRDefault="00F36634">
      <w:pPr>
        <w:pStyle w:val="Opstilling-punkttegn"/>
        <w:spacing w:after="50"/>
        <w:ind w:left="312" w:hanging="142"/>
      </w:pPr>
      <w:r>
        <w:rPr>
          <w:color w:val="404040"/>
        </w:rPr>
        <w:t>Et dokumentationsgrundlag, der kan indgå i en udviklingsplan for [LANDSBYNAVN].</w:t>
      </w:r>
    </w:p>
    <w:p w14:paraId="75B2133E" w14:textId="77777777" w:rsidR="009F5F92" w:rsidRDefault="00F36634">
      <w:pPr>
        <w:keepNext/>
        <w:spacing w:before="180" w:after="100"/>
      </w:pPr>
      <w:r>
        <w:rPr>
          <w:rFonts w:ascii="Arial" w:hAnsi="Arial"/>
          <w:b/>
          <w:color w:val="4F7F45"/>
          <w:sz w:val="33"/>
        </w:rPr>
        <w:t>Procesprincip: kritik - utopi - realisering</w:t>
      </w:r>
    </w:p>
    <w:tbl>
      <w:tblPr>
        <w:tblW w:w="0" w:type="auto"/>
        <w:jc w:val="center"/>
        <w:tblLayout w:type="fixed"/>
        <w:tblLook w:val="04A0" w:firstRow="1" w:lastRow="0" w:firstColumn="1" w:lastColumn="0" w:noHBand="0" w:noVBand="1"/>
      </w:tblPr>
      <w:tblGrid>
        <w:gridCol w:w="1814"/>
        <w:gridCol w:w="3742"/>
        <w:gridCol w:w="3798"/>
      </w:tblGrid>
      <w:tr w:rsidR="009F5F92" w14:paraId="6A7E43E9" w14:textId="77777777">
        <w:trPr>
          <w:tblHeader/>
          <w:jc w:val="center"/>
        </w:trPr>
        <w:tc>
          <w:tcPr>
            <w:tcW w:w="1814"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4B99164D" w14:textId="77777777" w:rsidR="009F5F92" w:rsidRDefault="00F36634">
            <w:pPr>
              <w:spacing w:after="30" w:line="240" w:lineRule="auto"/>
            </w:pPr>
            <w:r>
              <w:rPr>
                <w:b/>
                <w:color w:val="404040"/>
                <w:sz w:val="17"/>
              </w:rPr>
              <w:t>Fase</w:t>
            </w:r>
          </w:p>
        </w:tc>
        <w:tc>
          <w:tcPr>
            <w:tcW w:w="3742"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4AF96DA6" w14:textId="77777777" w:rsidR="009F5F92" w:rsidRDefault="00F36634">
            <w:pPr>
              <w:spacing w:after="30" w:line="240" w:lineRule="auto"/>
            </w:pPr>
            <w:r>
              <w:rPr>
                <w:b/>
                <w:color w:val="404040"/>
                <w:sz w:val="17"/>
              </w:rPr>
              <w:t>Formål</w:t>
            </w:r>
          </w:p>
        </w:tc>
        <w:tc>
          <w:tcPr>
            <w:tcW w:w="3798"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5DF065CD" w14:textId="77777777" w:rsidR="009F5F92" w:rsidRDefault="00F36634">
            <w:pPr>
              <w:spacing w:after="30" w:line="240" w:lineRule="auto"/>
            </w:pPr>
            <w:r>
              <w:rPr>
                <w:b/>
                <w:color w:val="404040"/>
                <w:sz w:val="17"/>
              </w:rPr>
              <w:t>Vigtig facilitatorregel</w:t>
            </w:r>
          </w:p>
        </w:tc>
      </w:tr>
      <w:tr w:rsidR="009F5F92" w14:paraId="25852DF7" w14:textId="77777777">
        <w:trPr>
          <w:jc w:val="center"/>
        </w:trPr>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90024B4" w14:textId="77777777" w:rsidR="009F5F92" w:rsidRDefault="00F36634">
            <w:pPr>
              <w:spacing w:after="30" w:line="240" w:lineRule="auto"/>
            </w:pPr>
            <w:r>
              <w:rPr>
                <w:color w:val="404040"/>
                <w:sz w:val="17"/>
              </w:rPr>
              <w:t>1. Kritik / udfordringsbillede</w:t>
            </w:r>
          </w:p>
        </w:tc>
        <w:tc>
          <w:tcPr>
            <w:tcW w:w="374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58CC5CF" w14:textId="77777777" w:rsidR="009F5F92" w:rsidRDefault="00F36634">
            <w:pPr>
              <w:spacing w:after="30" w:line="240" w:lineRule="auto"/>
            </w:pPr>
            <w:r>
              <w:rPr>
                <w:color w:val="404040"/>
                <w:sz w:val="17"/>
              </w:rPr>
              <w:t>At skabe fælles afsæt i fakta, erfaringer og det, der ikke fungerer optimalt.</w:t>
            </w:r>
          </w:p>
        </w:tc>
        <w:tc>
          <w:tcPr>
            <w:tcW w:w="37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48D8DC8" w14:textId="77777777" w:rsidR="009F5F92" w:rsidRDefault="00F36634">
            <w:pPr>
              <w:spacing w:after="30" w:line="240" w:lineRule="auto"/>
            </w:pPr>
            <w:r>
              <w:rPr>
                <w:color w:val="404040"/>
                <w:sz w:val="17"/>
              </w:rPr>
              <w:t>Hold fokus på forhold og mønstre - ikke på personer eller placering af skyld.</w:t>
            </w:r>
          </w:p>
        </w:tc>
      </w:tr>
      <w:tr w:rsidR="009F5F92" w14:paraId="49F5D395" w14:textId="77777777">
        <w:trPr>
          <w:jc w:val="center"/>
        </w:trPr>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1411D53" w14:textId="77777777" w:rsidR="009F5F92" w:rsidRDefault="00F36634">
            <w:pPr>
              <w:spacing w:after="30" w:line="240" w:lineRule="auto"/>
            </w:pPr>
            <w:r>
              <w:rPr>
                <w:color w:val="404040"/>
                <w:sz w:val="17"/>
              </w:rPr>
              <w:t>2. Utopi / visioner</w:t>
            </w:r>
          </w:p>
        </w:tc>
        <w:tc>
          <w:tcPr>
            <w:tcW w:w="374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A0E9C4B" w14:textId="77777777" w:rsidR="009F5F92" w:rsidRDefault="00F36634">
            <w:pPr>
              <w:spacing w:after="30" w:line="240" w:lineRule="auto"/>
            </w:pPr>
            <w:r>
              <w:rPr>
                <w:color w:val="404040"/>
                <w:sz w:val="17"/>
              </w:rPr>
              <w:t>At frigøre deltagernes ønsker og idéer uden først at vurdere, om de er realistiske.</w:t>
            </w:r>
          </w:p>
        </w:tc>
        <w:tc>
          <w:tcPr>
            <w:tcW w:w="37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D8ECA5A" w14:textId="77777777" w:rsidR="009F5F92" w:rsidRDefault="00F36634">
            <w:pPr>
              <w:spacing w:after="30" w:line="240" w:lineRule="auto"/>
            </w:pPr>
            <w:r>
              <w:rPr>
                <w:color w:val="404040"/>
                <w:sz w:val="17"/>
              </w:rPr>
              <w:t>Parkér indvendinger om økonomi, regler og praktik. Én idé pr. seddel.</w:t>
            </w:r>
          </w:p>
        </w:tc>
      </w:tr>
      <w:tr w:rsidR="009F5F92" w14:paraId="65A4897E" w14:textId="77777777">
        <w:trPr>
          <w:jc w:val="center"/>
        </w:trPr>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6C2E2C0" w14:textId="77777777" w:rsidR="009F5F92" w:rsidRDefault="00F36634">
            <w:pPr>
              <w:spacing w:after="30" w:line="240" w:lineRule="auto"/>
            </w:pPr>
            <w:r>
              <w:rPr>
                <w:color w:val="404040"/>
                <w:sz w:val="17"/>
              </w:rPr>
              <w:t>3. Realisering</w:t>
            </w:r>
          </w:p>
        </w:tc>
        <w:tc>
          <w:tcPr>
            <w:tcW w:w="374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D81E7F9" w14:textId="77777777" w:rsidR="009F5F92" w:rsidRDefault="00F36634">
            <w:pPr>
              <w:spacing w:after="30" w:line="240" w:lineRule="auto"/>
            </w:pPr>
            <w:r>
              <w:rPr>
                <w:color w:val="404040"/>
                <w:sz w:val="17"/>
              </w:rPr>
              <w:t>At vælge de stærkeste idéer og gøre dem konkrete nok til at kunne arbejdes videre med.</w:t>
            </w:r>
          </w:p>
        </w:tc>
        <w:tc>
          <w:tcPr>
            <w:tcW w:w="37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BACF79F" w14:textId="77777777" w:rsidR="009F5F92" w:rsidRDefault="00F36634">
            <w:pPr>
              <w:spacing w:after="30" w:line="240" w:lineRule="auto"/>
            </w:pPr>
            <w:r>
              <w:rPr>
                <w:color w:val="404040"/>
                <w:sz w:val="17"/>
              </w:rPr>
              <w:t>Undersøg ressourcer, barrierer, samarbejdspartnere, første skridt og hvem der vil være med.</w:t>
            </w:r>
          </w:p>
        </w:tc>
      </w:tr>
    </w:tbl>
    <w:p w14:paraId="743B94FD" w14:textId="77777777" w:rsidR="009F5F92" w:rsidRDefault="00F36634">
      <w:pPr>
        <w:keepNext/>
        <w:spacing w:before="180" w:after="100"/>
      </w:pPr>
      <w:r>
        <w:rPr>
          <w:rFonts w:ascii="Arial" w:hAnsi="Arial"/>
          <w:b/>
          <w:color w:val="4F7F45"/>
          <w:sz w:val="33"/>
        </w:rPr>
        <w:t>Nøgleoplysninger</w:t>
      </w:r>
    </w:p>
    <w:tbl>
      <w:tblPr>
        <w:tblW w:w="0" w:type="auto"/>
        <w:jc w:val="center"/>
        <w:tblLayout w:type="fixed"/>
        <w:tblLook w:val="04A0" w:firstRow="1" w:lastRow="0" w:firstColumn="1" w:lastColumn="0" w:noHBand="0" w:noVBand="1"/>
      </w:tblPr>
      <w:tblGrid>
        <w:gridCol w:w="3402"/>
        <w:gridCol w:w="5953"/>
      </w:tblGrid>
      <w:tr w:rsidR="009F5F92" w14:paraId="76535D8F" w14:textId="77777777">
        <w:trPr>
          <w:jc w:val="center"/>
        </w:trPr>
        <w:tc>
          <w:tcPr>
            <w:tcW w:w="340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CCFB588" w14:textId="77777777" w:rsidR="009F5F92" w:rsidRDefault="00F36634">
            <w:pPr>
              <w:spacing w:after="30" w:line="240" w:lineRule="auto"/>
            </w:pPr>
            <w:r>
              <w:rPr>
                <w:color w:val="404040"/>
                <w:sz w:val="18"/>
              </w:rPr>
              <w:t>Lokal procesansvarlig</w:t>
            </w:r>
          </w:p>
        </w:tc>
        <w:tc>
          <w:tcPr>
            <w:tcW w:w="5953"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773F38E" w14:textId="77777777" w:rsidR="009F5F92" w:rsidRDefault="00F36634">
            <w:pPr>
              <w:spacing w:after="30" w:line="240" w:lineRule="auto"/>
            </w:pPr>
            <w:r>
              <w:rPr>
                <w:color w:val="404040"/>
                <w:sz w:val="18"/>
              </w:rPr>
              <w:t>[NAVN / ORGANISATION]</w:t>
            </w:r>
          </w:p>
        </w:tc>
      </w:tr>
      <w:tr w:rsidR="009F5F92" w14:paraId="1F03E047" w14:textId="77777777">
        <w:trPr>
          <w:jc w:val="center"/>
        </w:trPr>
        <w:tc>
          <w:tcPr>
            <w:tcW w:w="340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7392205" w14:textId="77777777" w:rsidR="009F5F92" w:rsidRDefault="00F36634">
            <w:pPr>
              <w:spacing w:after="30" w:line="240" w:lineRule="auto"/>
            </w:pPr>
            <w:r>
              <w:rPr>
                <w:color w:val="404040"/>
                <w:sz w:val="18"/>
              </w:rPr>
              <w:t>Facilitator</w:t>
            </w:r>
          </w:p>
        </w:tc>
        <w:tc>
          <w:tcPr>
            <w:tcW w:w="5953"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5DB0962" w14:textId="77777777" w:rsidR="009F5F92" w:rsidRDefault="00F36634">
            <w:pPr>
              <w:spacing w:after="30" w:line="240" w:lineRule="auto"/>
            </w:pPr>
            <w:r>
              <w:rPr>
                <w:color w:val="404040"/>
                <w:sz w:val="18"/>
              </w:rPr>
              <w:t>[NAVN]</w:t>
            </w:r>
          </w:p>
        </w:tc>
      </w:tr>
      <w:tr w:rsidR="009F5F92" w14:paraId="6E9E1C23" w14:textId="77777777">
        <w:trPr>
          <w:jc w:val="center"/>
        </w:trPr>
        <w:tc>
          <w:tcPr>
            <w:tcW w:w="340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2BFB7F1" w14:textId="77777777" w:rsidR="009F5F92" w:rsidRDefault="00F36634">
            <w:pPr>
              <w:spacing w:after="30" w:line="240" w:lineRule="auto"/>
            </w:pPr>
            <w:r>
              <w:rPr>
                <w:color w:val="404040"/>
                <w:sz w:val="18"/>
              </w:rPr>
              <w:t>Medfacilitator(er) / temaværter</w:t>
            </w:r>
          </w:p>
        </w:tc>
        <w:tc>
          <w:tcPr>
            <w:tcW w:w="5953"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0008293" w14:textId="77777777" w:rsidR="009F5F92" w:rsidRDefault="00F36634">
            <w:pPr>
              <w:spacing w:after="30" w:line="240" w:lineRule="auto"/>
            </w:pPr>
            <w:r>
              <w:rPr>
                <w:color w:val="404040"/>
                <w:sz w:val="18"/>
              </w:rPr>
              <w:t>[NAVNE]</w:t>
            </w:r>
          </w:p>
        </w:tc>
      </w:tr>
      <w:tr w:rsidR="009F5F92" w14:paraId="083FB5FD" w14:textId="77777777">
        <w:trPr>
          <w:jc w:val="center"/>
        </w:trPr>
        <w:tc>
          <w:tcPr>
            <w:tcW w:w="340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2AA69A5" w14:textId="77777777" w:rsidR="009F5F92" w:rsidRDefault="00F36634">
            <w:pPr>
              <w:spacing w:after="30" w:line="240" w:lineRule="auto"/>
            </w:pPr>
            <w:r>
              <w:rPr>
                <w:color w:val="404040"/>
                <w:sz w:val="18"/>
              </w:rPr>
              <w:t>Praktisk ansvarlig</w:t>
            </w:r>
          </w:p>
        </w:tc>
        <w:tc>
          <w:tcPr>
            <w:tcW w:w="5953"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EA3AD65" w14:textId="77777777" w:rsidR="009F5F92" w:rsidRDefault="00F36634">
            <w:pPr>
              <w:spacing w:after="30" w:line="240" w:lineRule="auto"/>
            </w:pPr>
            <w:r>
              <w:rPr>
                <w:color w:val="404040"/>
                <w:sz w:val="18"/>
              </w:rPr>
              <w:t>[NAVN]</w:t>
            </w:r>
          </w:p>
        </w:tc>
      </w:tr>
      <w:tr w:rsidR="009F5F92" w14:paraId="50D6C1E4" w14:textId="77777777">
        <w:trPr>
          <w:jc w:val="center"/>
        </w:trPr>
        <w:tc>
          <w:tcPr>
            <w:tcW w:w="340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F356A87" w14:textId="77777777" w:rsidR="009F5F92" w:rsidRDefault="00F36634">
            <w:pPr>
              <w:spacing w:after="30" w:line="240" w:lineRule="auto"/>
            </w:pPr>
            <w:r>
              <w:rPr>
                <w:color w:val="404040"/>
                <w:sz w:val="18"/>
              </w:rPr>
              <w:t>Dokumentationsansvarlig</w:t>
            </w:r>
          </w:p>
        </w:tc>
        <w:tc>
          <w:tcPr>
            <w:tcW w:w="5953"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F4478B0" w14:textId="77777777" w:rsidR="009F5F92" w:rsidRDefault="00F36634">
            <w:pPr>
              <w:spacing w:after="30" w:line="240" w:lineRule="auto"/>
            </w:pPr>
            <w:r>
              <w:rPr>
                <w:color w:val="404040"/>
                <w:sz w:val="18"/>
              </w:rPr>
              <w:t>[NAVN]</w:t>
            </w:r>
          </w:p>
        </w:tc>
      </w:tr>
      <w:tr w:rsidR="009F5F92" w14:paraId="3E156180" w14:textId="77777777">
        <w:trPr>
          <w:jc w:val="center"/>
        </w:trPr>
        <w:tc>
          <w:tcPr>
            <w:tcW w:w="340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9D92C61" w14:textId="77777777" w:rsidR="009F5F92" w:rsidRDefault="00F36634">
            <w:pPr>
              <w:spacing w:after="30" w:line="240" w:lineRule="auto"/>
            </w:pPr>
            <w:r>
              <w:rPr>
                <w:color w:val="404040"/>
                <w:sz w:val="18"/>
              </w:rPr>
              <w:t>Forventet deltagerantal</w:t>
            </w:r>
          </w:p>
        </w:tc>
        <w:tc>
          <w:tcPr>
            <w:tcW w:w="5953"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B887C4C" w14:textId="77777777" w:rsidR="009F5F92" w:rsidRDefault="00F36634">
            <w:pPr>
              <w:spacing w:after="30" w:line="240" w:lineRule="auto"/>
            </w:pPr>
            <w:r>
              <w:rPr>
                <w:color w:val="404040"/>
                <w:sz w:val="18"/>
              </w:rPr>
              <w:t>[ANTAL]</w:t>
            </w:r>
          </w:p>
        </w:tc>
      </w:tr>
    </w:tbl>
    <w:p w14:paraId="554A48EF" w14:textId="77777777" w:rsidR="009F5F92" w:rsidRDefault="00F36634">
      <w:r>
        <w:br w:type="page"/>
      </w:r>
    </w:p>
    <w:p w14:paraId="1DDCE612" w14:textId="77777777" w:rsidR="009F5F92" w:rsidRDefault="00F36634">
      <w:pPr>
        <w:keepNext/>
        <w:spacing w:before="180" w:after="100"/>
      </w:pPr>
      <w:r>
        <w:rPr>
          <w:rFonts w:ascii="Arial" w:hAnsi="Arial"/>
          <w:b/>
          <w:color w:val="4F7F45"/>
          <w:sz w:val="33"/>
        </w:rPr>
        <w:lastRenderedPageBreak/>
        <w:t>1. Forberedelsesplan</w:t>
      </w:r>
    </w:p>
    <w:p w14:paraId="3E7313EF" w14:textId="77777777" w:rsidR="009F5F92" w:rsidRDefault="00F36634">
      <w:pPr>
        <w:spacing w:after="120" w:line="259" w:lineRule="auto"/>
      </w:pPr>
      <w:r>
        <w:rPr>
          <w:i/>
          <w:color w:val="666666"/>
          <w:sz w:val="19"/>
        </w:rPr>
        <w:t>Tidsangivelserne er relative til selve fremtidsværkstedet og kan tilpasses lokale forhold.</w:t>
      </w:r>
    </w:p>
    <w:tbl>
      <w:tblPr>
        <w:tblW w:w="0" w:type="auto"/>
        <w:jc w:val="center"/>
        <w:tblLayout w:type="fixed"/>
        <w:tblLook w:val="04A0" w:firstRow="1" w:lastRow="0" w:firstColumn="1" w:lastColumn="0" w:noHBand="0" w:noVBand="1"/>
      </w:tblPr>
      <w:tblGrid>
        <w:gridCol w:w="1417"/>
        <w:gridCol w:w="1984"/>
        <w:gridCol w:w="4535"/>
        <w:gridCol w:w="1474"/>
      </w:tblGrid>
      <w:tr w:rsidR="009F5F92" w14:paraId="71DE22D9" w14:textId="77777777">
        <w:trPr>
          <w:tblHeader/>
          <w:jc w:val="center"/>
        </w:trPr>
        <w:tc>
          <w:tcPr>
            <w:tcW w:w="1417"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5FD09808" w14:textId="77777777" w:rsidR="009F5F92" w:rsidRDefault="00F36634">
            <w:pPr>
              <w:spacing w:after="30" w:line="240" w:lineRule="auto"/>
            </w:pPr>
            <w:r>
              <w:rPr>
                <w:b/>
                <w:color w:val="404040"/>
                <w:sz w:val="16"/>
              </w:rPr>
              <w:t>Hvornår</w:t>
            </w:r>
          </w:p>
        </w:tc>
        <w:tc>
          <w:tcPr>
            <w:tcW w:w="1984"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60654D6F" w14:textId="77777777" w:rsidR="009F5F92" w:rsidRDefault="00F36634">
            <w:pPr>
              <w:spacing w:after="30" w:line="240" w:lineRule="auto"/>
            </w:pPr>
            <w:r>
              <w:rPr>
                <w:b/>
                <w:color w:val="404040"/>
                <w:sz w:val="16"/>
              </w:rPr>
              <w:t>Opgave</w:t>
            </w:r>
          </w:p>
        </w:tc>
        <w:tc>
          <w:tcPr>
            <w:tcW w:w="4535"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2958960F" w14:textId="77777777" w:rsidR="009F5F92" w:rsidRDefault="00F36634">
            <w:pPr>
              <w:spacing w:after="30" w:line="240" w:lineRule="auto"/>
            </w:pPr>
            <w:r>
              <w:rPr>
                <w:b/>
                <w:color w:val="404040"/>
                <w:sz w:val="16"/>
              </w:rPr>
              <w:t>Konkrete handlinger</w:t>
            </w:r>
          </w:p>
        </w:tc>
        <w:tc>
          <w:tcPr>
            <w:tcW w:w="1474"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46818528" w14:textId="77777777" w:rsidR="009F5F92" w:rsidRDefault="00F36634">
            <w:pPr>
              <w:spacing w:after="30" w:line="240" w:lineRule="auto"/>
            </w:pPr>
            <w:r>
              <w:rPr>
                <w:b/>
                <w:color w:val="404040"/>
                <w:sz w:val="16"/>
              </w:rPr>
              <w:t>Ansvarlig</w:t>
            </w:r>
          </w:p>
        </w:tc>
      </w:tr>
      <w:tr w:rsidR="009F5F92" w14:paraId="02CE0EB1"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1EBDE6F" w14:textId="77777777" w:rsidR="009F5F92" w:rsidRDefault="00F36634">
            <w:pPr>
              <w:spacing w:after="30" w:line="240" w:lineRule="auto"/>
            </w:pPr>
            <w:r>
              <w:rPr>
                <w:color w:val="404040"/>
                <w:sz w:val="16"/>
              </w:rPr>
              <w:t>8-10 uger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0C12F0E" w14:textId="77777777" w:rsidR="009F5F92" w:rsidRDefault="00F36634">
            <w:pPr>
              <w:spacing w:after="30" w:line="240" w:lineRule="auto"/>
            </w:pPr>
            <w:r>
              <w:rPr>
                <w:color w:val="404040"/>
                <w:sz w:val="16"/>
              </w:rPr>
              <w:t>Fastlæg ramme og formål</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E36E0C4" w14:textId="77777777" w:rsidR="009F5F92" w:rsidRDefault="00F36634">
            <w:pPr>
              <w:spacing w:after="30" w:line="240" w:lineRule="auto"/>
            </w:pPr>
            <w:r>
              <w:rPr>
                <w:color w:val="404040"/>
                <w:sz w:val="16"/>
              </w:rPr>
              <w:t>Aftal dato, tidspunkt og sted. Afklar målgruppe, ønsket deltagerantal, projektets formål og hvordan resultaterne skal bruges efter værkstedet.</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A5966EA" w14:textId="77777777" w:rsidR="009F5F92" w:rsidRDefault="00F36634">
            <w:pPr>
              <w:spacing w:after="30" w:line="240" w:lineRule="auto"/>
            </w:pPr>
            <w:r>
              <w:rPr>
                <w:color w:val="404040"/>
                <w:sz w:val="16"/>
              </w:rPr>
              <w:t>[NAVN]</w:t>
            </w:r>
          </w:p>
        </w:tc>
      </w:tr>
      <w:tr w:rsidR="009F5F92" w14:paraId="277B493F"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61658D8" w14:textId="77777777" w:rsidR="009F5F92" w:rsidRDefault="00F36634">
            <w:pPr>
              <w:spacing w:after="30" w:line="240" w:lineRule="auto"/>
            </w:pPr>
            <w:r>
              <w:rPr>
                <w:color w:val="404040"/>
                <w:sz w:val="16"/>
              </w:rPr>
              <w:t>6-8 uger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25B2752" w14:textId="77777777" w:rsidR="009F5F92" w:rsidRDefault="00F36634">
            <w:pPr>
              <w:spacing w:after="30" w:line="240" w:lineRule="auto"/>
            </w:pPr>
            <w:r>
              <w:rPr>
                <w:color w:val="404040"/>
                <w:sz w:val="16"/>
              </w:rPr>
              <w:t>Kortlæg landsbyen</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E003EE5" w14:textId="77777777" w:rsidR="009F5F92" w:rsidRDefault="00F36634">
            <w:pPr>
              <w:spacing w:after="30" w:line="240" w:lineRule="auto"/>
            </w:pPr>
            <w:r>
              <w:rPr>
                <w:color w:val="404040"/>
                <w:sz w:val="16"/>
              </w:rPr>
              <w:t>Saml nøgledata, lokale observationer og eksisterende planer. Gennemfør eller planlæg et borgerrettet spørgeskema. Afgræns 2-4 foreløbige temaer.</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A79A351" w14:textId="77777777" w:rsidR="009F5F92" w:rsidRDefault="00F36634">
            <w:pPr>
              <w:spacing w:after="30" w:line="240" w:lineRule="auto"/>
            </w:pPr>
            <w:r>
              <w:rPr>
                <w:color w:val="404040"/>
                <w:sz w:val="16"/>
              </w:rPr>
              <w:t>[NAVN / GRUPPE]</w:t>
            </w:r>
          </w:p>
        </w:tc>
      </w:tr>
      <w:tr w:rsidR="009F5F92" w14:paraId="657F4D21"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FB5C23D" w14:textId="77777777" w:rsidR="009F5F92" w:rsidRDefault="00F36634">
            <w:pPr>
              <w:spacing w:after="30" w:line="240" w:lineRule="auto"/>
            </w:pPr>
            <w:r>
              <w:rPr>
                <w:color w:val="404040"/>
                <w:sz w:val="16"/>
              </w:rPr>
              <w:t>5-6 uger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AE97B85" w14:textId="77777777" w:rsidR="009F5F92" w:rsidRDefault="00F36634">
            <w:pPr>
              <w:spacing w:after="30" w:line="240" w:lineRule="auto"/>
            </w:pPr>
            <w:r>
              <w:rPr>
                <w:color w:val="404040"/>
                <w:sz w:val="16"/>
              </w:rPr>
              <w:t>Invitation og mobilisering</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A348398" w14:textId="77777777" w:rsidR="009F5F92" w:rsidRDefault="00F36634">
            <w:pPr>
              <w:spacing w:after="30" w:line="240" w:lineRule="auto"/>
            </w:pPr>
            <w:r>
              <w:rPr>
                <w:color w:val="404040"/>
                <w:sz w:val="16"/>
              </w:rPr>
              <w:t>Udarbejd invitation med tydeligt formål, program, tilmelding og kontaktperson. Planlæg distribution via lokale kanaler, foreninger, institutioner, virksomheder og sociale medier.</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BA935BC" w14:textId="77777777" w:rsidR="009F5F92" w:rsidRDefault="00F36634">
            <w:pPr>
              <w:spacing w:after="30" w:line="240" w:lineRule="auto"/>
            </w:pPr>
            <w:r>
              <w:rPr>
                <w:color w:val="404040"/>
                <w:sz w:val="16"/>
              </w:rPr>
              <w:t>[NAVN]</w:t>
            </w:r>
          </w:p>
        </w:tc>
      </w:tr>
      <w:tr w:rsidR="009F5F92" w14:paraId="292D6CED"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FBED10A" w14:textId="77777777" w:rsidR="009F5F92" w:rsidRDefault="00F36634">
            <w:pPr>
              <w:spacing w:after="30" w:line="240" w:lineRule="auto"/>
            </w:pPr>
            <w:r>
              <w:rPr>
                <w:color w:val="404040"/>
                <w:sz w:val="16"/>
              </w:rPr>
              <w:t>4 uger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666559C" w14:textId="77777777" w:rsidR="009F5F92" w:rsidRDefault="00F36634">
            <w:pPr>
              <w:spacing w:after="30" w:line="240" w:lineRule="auto"/>
            </w:pPr>
            <w:r>
              <w:rPr>
                <w:color w:val="404040"/>
                <w:sz w:val="16"/>
              </w:rPr>
              <w:t>Åbn tilmelding</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EEF0782" w14:textId="77777777" w:rsidR="009F5F92" w:rsidRDefault="00F36634">
            <w:pPr>
              <w:spacing w:after="30" w:line="240" w:lineRule="auto"/>
            </w:pPr>
            <w:r>
              <w:rPr>
                <w:color w:val="404040"/>
                <w:sz w:val="16"/>
              </w:rPr>
              <w:t>Send invitation. Hæng fysiske opslag op. Del digitalt. Følg op gennem lokale netværk, så invitationen når bredt ud.</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2FFC4CC" w14:textId="77777777" w:rsidR="009F5F92" w:rsidRDefault="00F36634">
            <w:pPr>
              <w:spacing w:after="30" w:line="240" w:lineRule="auto"/>
            </w:pPr>
            <w:r>
              <w:rPr>
                <w:color w:val="404040"/>
                <w:sz w:val="16"/>
              </w:rPr>
              <w:t>[NAVN / GRUPPE]</w:t>
            </w:r>
          </w:p>
        </w:tc>
      </w:tr>
      <w:tr w:rsidR="009F5F92" w14:paraId="44B5AFEF"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EB87706" w14:textId="77777777" w:rsidR="009F5F92" w:rsidRDefault="00F36634">
            <w:pPr>
              <w:spacing w:after="30" w:line="240" w:lineRule="auto"/>
            </w:pPr>
            <w:r>
              <w:rPr>
                <w:color w:val="404040"/>
                <w:sz w:val="16"/>
              </w:rPr>
              <w:t>3 uger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5BAF122" w14:textId="77777777" w:rsidR="009F5F92" w:rsidRDefault="00F36634">
            <w:pPr>
              <w:spacing w:after="30" w:line="240" w:lineRule="auto"/>
            </w:pPr>
            <w:r>
              <w:rPr>
                <w:color w:val="404040"/>
                <w:sz w:val="16"/>
              </w:rPr>
              <w:t>Bearbejd input</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FC1518F" w14:textId="77777777" w:rsidR="009F5F92" w:rsidRDefault="00F36634">
            <w:pPr>
              <w:spacing w:after="30" w:line="240" w:lineRule="auto"/>
            </w:pPr>
            <w:r>
              <w:rPr>
                <w:color w:val="404040"/>
                <w:sz w:val="16"/>
              </w:rPr>
              <w:t>Gennemgå spørgeskemasvar og kortlægning. Udvælg de temaer, der skal arbejdes med. Forbered korte oplæg om udfordringsbilledet.</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662BB3B" w14:textId="77777777" w:rsidR="009F5F92" w:rsidRDefault="00F36634">
            <w:pPr>
              <w:spacing w:after="30" w:line="240" w:lineRule="auto"/>
            </w:pPr>
            <w:r>
              <w:rPr>
                <w:color w:val="404040"/>
                <w:sz w:val="16"/>
              </w:rPr>
              <w:t>[FACILITATOR + LOKAL GRUPPE]</w:t>
            </w:r>
          </w:p>
        </w:tc>
      </w:tr>
      <w:tr w:rsidR="009F5F92" w14:paraId="2C455D42"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92B3413" w14:textId="77777777" w:rsidR="009F5F92" w:rsidRDefault="00F36634">
            <w:pPr>
              <w:spacing w:after="30" w:line="240" w:lineRule="auto"/>
            </w:pPr>
            <w:r>
              <w:rPr>
                <w:color w:val="404040"/>
                <w:sz w:val="16"/>
              </w:rPr>
              <w:t>2-3 uger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97984FB" w14:textId="77777777" w:rsidR="009F5F92" w:rsidRDefault="00F36634">
            <w:pPr>
              <w:spacing w:after="30" w:line="240" w:lineRule="auto"/>
            </w:pPr>
            <w:r>
              <w:rPr>
                <w:color w:val="404040"/>
                <w:sz w:val="16"/>
              </w:rPr>
              <w:t>Facilitatormøde</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5EF8759" w14:textId="77777777" w:rsidR="009F5F92" w:rsidRDefault="00F36634">
            <w:pPr>
              <w:spacing w:after="30" w:line="240" w:lineRule="auto"/>
            </w:pPr>
            <w:r>
              <w:rPr>
                <w:color w:val="404040"/>
                <w:sz w:val="16"/>
              </w:rPr>
              <w:t>Gennemgå proces og roller. Aftal, hvem der byder velkommen, holder oplæg, leder temaer, tager tid og dokumenterer.</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12825F7" w14:textId="77777777" w:rsidR="009F5F92" w:rsidRDefault="00F36634">
            <w:pPr>
              <w:spacing w:after="30" w:line="240" w:lineRule="auto"/>
            </w:pPr>
            <w:r>
              <w:rPr>
                <w:color w:val="404040"/>
                <w:sz w:val="16"/>
              </w:rPr>
              <w:t>[NAVNE]</w:t>
            </w:r>
          </w:p>
        </w:tc>
      </w:tr>
      <w:tr w:rsidR="009F5F92" w14:paraId="09EDCEFC"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C176F6F" w14:textId="77777777" w:rsidR="009F5F92" w:rsidRDefault="00F36634">
            <w:pPr>
              <w:spacing w:after="30" w:line="240" w:lineRule="auto"/>
            </w:pPr>
            <w:r>
              <w:rPr>
                <w:color w:val="404040"/>
                <w:sz w:val="16"/>
              </w:rPr>
              <w:t>2 uger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A1AF9F3" w14:textId="77777777" w:rsidR="009F5F92" w:rsidRDefault="00F36634">
            <w:pPr>
              <w:spacing w:after="30" w:line="240" w:lineRule="auto"/>
            </w:pPr>
            <w:r>
              <w:rPr>
                <w:color w:val="404040"/>
                <w:sz w:val="16"/>
              </w:rPr>
              <w:t>Program og rum</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7F3A63B" w14:textId="77777777" w:rsidR="009F5F92" w:rsidRDefault="00F36634">
            <w:pPr>
              <w:spacing w:after="30" w:line="240" w:lineRule="auto"/>
            </w:pPr>
            <w:r>
              <w:rPr>
                <w:color w:val="404040"/>
                <w:sz w:val="16"/>
              </w:rPr>
              <w:t>Fastlæg endeligt program, bordopstilling, temaområder og deltagerflow. Bestil forplejning og evt. teknik.</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93D262A" w14:textId="77777777" w:rsidR="009F5F92" w:rsidRDefault="00F36634">
            <w:pPr>
              <w:spacing w:after="30" w:line="240" w:lineRule="auto"/>
            </w:pPr>
            <w:r>
              <w:rPr>
                <w:color w:val="404040"/>
                <w:sz w:val="16"/>
              </w:rPr>
              <w:t>[NAVN]</w:t>
            </w:r>
          </w:p>
        </w:tc>
      </w:tr>
      <w:tr w:rsidR="009F5F92" w14:paraId="14128288"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32A5618" w14:textId="77777777" w:rsidR="009F5F92" w:rsidRDefault="00F36634">
            <w:pPr>
              <w:spacing w:after="30" w:line="240" w:lineRule="auto"/>
            </w:pPr>
            <w:r>
              <w:rPr>
                <w:color w:val="404040"/>
                <w:sz w:val="16"/>
              </w:rPr>
              <w:t>1 uge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A358135" w14:textId="77777777" w:rsidR="009F5F92" w:rsidRDefault="00F36634">
            <w:pPr>
              <w:spacing w:after="30" w:line="240" w:lineRule="auto"/>
            </w:pPr>
            <w:r>
              <w:rPr>
                <w:color w:val="404040"/>
                <w:sz w:val="16"/>
              </w:rPr>
              <w:t>Materialer og deltagerliste</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1AA815C" w14:textId="77777777" w:rsidR="009F5F92" w:rsidRDefault="00F36634">
            <w:pPr>
              <w:spacing w:after="30" w:line="240" w:lineRule="auto"/>
            </w:pPr>
            <w:r>
              <w:rPr>
                <w:color w:val="404040"/>
                <w:sz w:val="16"/>
              </w:rPr>
              <w:t>Følg op på tilmelding. Fordel evt. deltagere i temaer. Print navneskilte, A3-ark, skilte, deltagerliste og materiale til grupperne.</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5316C3F" w14:textId="77777777" w:rsidR="009F5F92" w:rsidRDefault="00F36634">
            <w:pPr>
              <w:spacing w:after="30" w:line="240" w:lineRule="auto"/>
            </w:pPr>
            <w:r>
              <w:rPr>
                <w:color w:val="404040"/>
                <w:sz w:val="16"/>
              </w:rPr>
              <w:t>[NAVN]</w:t>
            </w:r>
          </w:p>
        </w:tc>
      </w:tr>
      <w:tr w:rsidR="009F5F92" w14:paraId="0380A471"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526667D" w14:textId="77777777" w:rsidR="009F5F92" w:rsidRDefault="00F36634">
            <w:pPr>
              <w:spacing w:after="30" w:line="240" w:lineRule="auto"/>
            </w:pPr>
            <w:r>
              <w:rPr>
                <w:color w:val="404040"/>
                <w:sz w:val="16"/>
              </w:rPr>
              <w:t>2-3 dage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D367D09" w14:textId="77777777" w:rsidR="009F5F92" w:rsidRDefault="00F36634">
            <w:pPr>
              <w:spacing w:after="30" w:line="240" w:lineRule="auto"/>
            </w:pPr>
            <w:r>
              <w:rPr>
                <w:color w:val="404040"/>
                <w:sz w:val="16"/>
              </w:rPr>
              <w:t>Slutkontrol</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E67A1E1" w14:textId="77777777" w:rsidR="009F5F92" w:rsidRDefault="00F36634">
            <w:pPr>
              <w:spacing w:after="30" w:line="240" w:lineRule="auto"/>
            </w:pPr>
            <w:r>
              <w:rPr>
                <w:color w:val="404040"/>
                <w:sz w:val="16"/>
              </w:rPr>
              <w:t>Test præsentation og AV-udstyr. Pak materialer gruppevis. Bekræft roller, forplejning, adgang til lokalet og nøglekontakt.</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8BA05E3" w14:textId="77777777" w:rsidR="009F5F92" w:rsidRDefault="00F36634">
            <w:pPr>
              <w:spacing w:after="30" w:line="240" w:lineRule="auto"/>
            </w:pPr>
            <w:r>
              <w:rPr>
                <w:color w:val="404040"/>
                <w:sz w:val="16"/>
              </w:rPr>
              <w:t>[NAVN]</w:t>
            </w:r>
          </w:p>
        </w:tc>
      </w:tr>
      <w:tr w:rsidR="009F5F92" w14:paraId="0F5682A8"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93147C2" w14:textId="77777777" w:rsidR="009F5F92" w:rsidRDefault="00F36634">
            <w:pPr>
              <w:spacing w:after="30" w:line="240" w:lineRule="auto"/>
            </w:pPr>
            <w:r>
              <w:rPr>
                <w:color w:val="404040"/>
                <w:sz w:val="16"/>
              </w:rPr>
              <w:t>På dagen - 1,5-2 timer før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29ACCF8" w14:textId="77777777" w:rsidR="009F5F92" w:rsidRDefault="00F36634">
            <w:pPr>
              <w:spacing w:after="30" w:line="240" w:lineRule="auto"/>
            </w:pPr>
            <w:r>
              <w:rPr>
                <w:color w:val="404040"/>
                <w:sz w:val="16"/>
              </w:rPr>
              <w:t>Opstilling</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7B62AB9" w14:textId="77777777" w:rsidR="009F5F92" w:rsidRDefault="00F36634">
            <w:pPr>
              <w:spacing w:after="30" w:line="240" w:lineRule="auto"/>
            </w:pPr>
            <w:r>
              <w:rPr>
                <w:color w:val="404040"/>
                <w:sz w:val="16"/>
              </w:rPr>
              <w:t>Sæt stole og borde op. Skilt temaområder. Læg materialer frem. Sæt kaffe/vand frem. Test lyd og billede.</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291D2F2" w14:textId="77777777" w:rsidR="009F5F92" w:rsidRDefault="00F36634">
            <w:pPr>
              <w:spacing w:after="30" w:line="240" w:lineRule="auto"/>
            </w:pPr>
            <w:r>
              <w:rPr>
                <w:color w:val="404040"/>
                <w:sz w:val="16"/>
              </w:rPr>
              <w:t>[PRAKTISK TEAM]</w:t>
            </w:r>
          </w:p>
        </w:tc>
      </w:tr>
      <w:tr w:rsidR="009F5F92" w14:paraId="122471F7"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4DF1A5C" w14:textId="77777777" w:rsidR="009F5F92" w:rsidRDefault="00F36634">
            <w:pPr>
              <w:spacing w:after="30" w:line="240" w:lineRule="auto"/>
            </w:pPr>
            <w:r>
              <w:rPr>
                <w:color w:val="404040"/>
                <w:sz w:val="16"/>
              </w:rPr>
              <w:t>1-5 dage efter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E02FF27" w14:textId="77777777" w:rsidR="009F5F92" w:rsidRDefault="00F36634">
            <w:pPr>
              <w:spacing w:after="30" w:line="240" w:lineRule="auto"/>
            </w:pPr>
            <w:r>
              <w:rPr>
                <w:color w:val="404040"/>
                <w:sz w:val="16"/>
              </w:rPr>
              <w:t>Opsamling</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4038329" w14:textId="77777777" w:rsidR="009F5F92" w:rsidRDefault="00F36634">
            <w:pPr>
              <w:spacing w:after="30" w:line="240" w:lineRule="auto"/>
            </w:pPr>
            <w:r>
              <w:rPr>
                <w:color w:val="404040"/>
                <w:sz w:val="16"/>
              </w:rPr>
              <w:t>Fotografér/scann alle ark og sedler, saml noter, kontakt interesserede arbejdsgrupper og send tak/opsamling til deltagerne.</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5CBAFCF" w14:textId="77777777" w:rsidR="009F5F92" w:rsidRDefault="00F36634">
            <w:pPr>
              <w:spacing w:after="30" w:line="240" w:lineRule="auto"/>
            </w:pPr>
            <w:r>
              <w:rPr>
                <w:color w:val="404040"/>
                <w:sz w:val="16"/>
              </w:rPr>
              <w:t>[NAVN]</w:t>
            </w:r>
          </w:p>
        </w:tc>
      </w:tr>
      <w:tr w:rsidR="009F5F92" w14:paraId="313E9D5B" w14:textId="77777777">
        <w:trPr>
          <w:jc w:val="center"/>
        </w:trPr>
        <w:tc>
          <w:tcPr>
            <w:tcW w:w="141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B34DB70" w14:textId="77777777" w:rsidR="009F5F92" w:rsidRDefault="00F36634">
            <w:pPr>
              <w:spacing w:after="30" w:line="240" w:lineRule="auto"/>
            </w:pPr>
            <w:r>
              <w:rPr>
                <w:color w:val="404040"/>
                <w:sz w:val="16"/>
              </w:rPr>
              <w:t>2-3 uger efter</w:t>
            </w:r>
          </w:p>
        </w:tc>
        <w:tc>
          <w:tcPr>
            <w:tcW w:w="198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5D30ED5" w14:textId="77777777" w:rsidR="009F5F92" w:rsidRDefault="00F36634">
            <w:pPr>
              <w:spacing w:after="30" w:line="240" w:lineRule="auto"/>
            </w:pPr>
            <w:r>
              <w:rPr>
                <w:color w:val="404040"/>
                <w:sz w:val="16"/>
              </w:rPr>
              <w:t>Udviklingsplan og opfølgning</w:t>
            </w:r>
          </w:p>
        </w:tc>
        <w:tc>
          <w:tcPr>
            <w:tcW w:w="453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CECF598" w14:textId="77777777" w:rsidR="009F5F92" w:rsidRDefault="00F36634">
            <w:pPr>
              <w:spacing w:after="30" w:line="240" w:lineRule="auto"/>
            </w:pPr>
            <w:r>
              <w:rPr>
                <w:color w:val="404040"/>
                <w:sz w:val="16"/>
              </w:rPr>
              <w:t>Indarbejd resultaterne i udviklingsplanen. Aftal opfølgning med initiativgrupper og informer om næste skridt.</w:t>
            </w:r>
          </w:p>
        </w:tc>
        <w:tc>
          <w:tcPr>
            <w:tcW w:w="147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996977E" w14:textId="77777777" w:rsidR="009F5F92" w:rsidRDefault="00F36634">
            <w:pPr>
              <w:spacing w:after="30" w:line="240" w:lineRule="auto"/>
            </w:pPr>
            <w:r>
              <w:rPr>
                <w:color w:val="404040"/>
                <w:sz w:val="16"/>
              </w:rPr>
              <w:t>[NAVN / GRUPPE]</w:t>
            </w:r>
          </w:p>
        </w:tc>
      </w:tr>
    </w:tbl>
    <w:p w14:paraId="4A278B11" w14:textId="77777777" w:rsidR="009F5F92" w:rsidRDefault="00F36634">
      <w:r>
        <w:br w:type="page"/>
      </w:r>
    </w:p>
    <w:p w14:paraId="6A0EF14D" w14:textId="77777777" w:rsidR="009F5F92" w:rsidRDefault="00F36634">
      <w:pPr>
        <w:keepNext/>
        <w:spacing w:before="180" w:after="100"/>
      </w:pPr>
      <w:r>
        <w:rPr>
          <w:rFonts w:ascii="Arial" w:hAnsi="Arial"/>
          <w:b/>
          <w:color w:val="4F7F45"/>
          <w:sz w:val="33"/>
        </w:rPr>
        <w:lastRenderedPageBreak/>
        <w:t>2. Invitation, tilmelding og lokal mobilisering</w:t>
      </w:r>
    </w:p>
    <w:p w14:paraId="5A4C06EA" w14:textId="77777777" w:rsidR="009F5F92" w:rsidRDefault="00F36634">
      <w:pPr>
        <w:keepNext/>
        <w:spacing w:before="140" w:after="60"/>
      </w:pPr>
      <w:r>
        <w:rPr>
          <w:rFonts w:ascii="Arial" w:hAnsi="Arial"/>
          <w:b/>
          <w:color w:val="4F7F45"/>
          <w:sz w:val="25"/>
        </w:rPr>
        <w:t>Invitationen bør som minimum fortælle</w:t>
      </w:r>
    </w:p>
    <w:p w14:paraId="31B22716" w14:textId="77777777" w:rsidR="009F5F92" w:rsidRDefault="00F36634">
      <w:pPr>
        <w:pStyle w:val="Opstilling-punkttegn"/>
        <w:spacing w:after="50"/>
        <w:ind w:left="312" w:hanging="142"/>
      </w:pPr>
      <w:r>
        <w:rPr>
          <w:color w:val="404040"/>
        </w:rPr>
        <w:t>Hvorfor fremtidsværkstedet afholdes, og hvordan deltagernes input bliver brugt.</w:t>
      </w:r>
    </w:p>
    <w:p w14:paraId="1A9235EF" w14:textId="77777777" w:rsidR="009F5F92" w:rsidRDefault="00F36634">
      <w:pPr>
        <w:pStyle w:val="Opstilling-punkttegn"/>
        <w:spacing w:after="50"/>
        <w:ind w:left="312" w:hanging="142"/>
      </w:pPr>
      <w:r>
        <w:rPr>
          <w:color w:val="404040"/>
        </w:rPr>
        <w:t>Dato, tidspunkt, sted og praktiske oplysninger.</w:t>
      </w:r>
    </w:p>
    <w:p w14:paraId="762BDB7A" w14:textId="77777777" w:rsidR="009F5F92" w:rsidRDefault="00F36634">
      <w:pPr>
        <w:pStyle w:val="Opstilling-punkttegn"/>
        <w:spacing w:after="50"/>
        <w:ind w:left="312" w:hanging="142"/>
      </w:pPr>
      <w:r>
        <w:rPr>
          <w:color w:val="404040"/>
        </w:rPr>
        <w:t>At alle perspektiver er velkomne, og at man ikke behøver særlige forkundskaber for at deltage.</w:t>
      </w:r>
    </w:p>
    <w:p w14:paraId="0B8FC65E" w14:textId="77777777" w:rsidR="009F5F92" w:rsidRDefault="00F36634">
      <w:pPr>
        <w:pStyle w:val="Opstilling-punkttegn"/>
        <w:spacing w:after="50"/>
        <w:ind w:left="312" w:hanging="142"/>
      </w:pPr>
      <w:r>
        <w:rPr>
          <w:color w:val="404040"/>
        </w:rPr>
        <w:t>Hvordan man tilmelder sig, og hvem man kan kontakte med spørgsmål.</w:t>
      </w:r>
    </w:p>
    <w:p w14:paraId="25B9BF1E" w14:textId="77777777" w:rsidR="009F5F92" w:rsidRDefault="00F36634">
      <w:pPr>
        <w:pStyle w:val="Opstilling-punkttegn"/>
        <w:spacing w:after="50"/>
        <w:ind w:left="312" w:hanging="142"/>
      </w:pPr>
      <w:r>
        <w:rPr>
          <w:color w:val="404040"/>
        </w:rPr>
        <w:t>Om der serveres mad eller anden forplejning.</w:t>
      </w:r>
    </w:p>
    <w:p w14:paraId="61E5B9DD" w14:textId="77777777" w:rsidR="009F5F92" w:rsidRDefault="00F36634">
      <w:pPr>
        <w:keepNext/>
        <w:spacing w:before="140" w:after="60"/>
      </w:pPr>
      <w:r>
        <w:rPr>
          <w:rFonts w:ascii="Arial" w:hAnsi="Arial"/>
          <w:b/>
          <w:color w:val="4F7F45"/>
          <w:sz w:val="25"/>
        </w:rPr>
        <w:t>Målgrupper, som bør overvejes aktivt</w:t>
      </w:r>
    </w:p>
    <w:p w14:paraId="45183691" w14:textId="77777777" w:rsidR="009F5F92" w:rsidRDefault="00F36634">
      <w:pPr>
        <w:pStyle w:val="Opstilling-punkttegn"/>
        <w:spacing w:after="50"/>
        <w:ind w:left="312" w:hanging="142"/>
      </w:pPr>
      <w:r>
        <w:rPr>
          <w:color w:val="404040"/>
        </w:rPr>
        <w:t>Fastboende i forskellige aldre og livssituationer.</w:t>
      </w:r>
    </w:p>
    <w:p w14:paraId="4CF22600" w14:textId="77777777" w:rsidR="009F5F92" w:rsidRDefault="00F36634">
      <w:pPr>
        <w:pStyle w:val="Opstilling-punkttegn"/>
        <w:spacing w:after="50"/>
        <w:ind w:left="312" w:hanging="142"/>
      </w:pPr>
      <w:r>
        <w:rPr>
          <w:color w:val="404040"/>
        </w:rPr>
        <w:t>Børn og unge, hvis processen og tidspunktet gør deltagelse mulig.</w:t>
      </w:r>
    </w:p>
    <w:p w14:paraId="00A8B93A" w14:textId="77777777" w:rsidR="009F5F92" w:rsidRDefault="00F36634">
      <w:pPr>
        <w:pStyle w:val="Opstilling-punkttegn"/>
        <w:spacing w:after="50"/>
        <w:ind w:left="312" w:hanging="142"/>
      </w:pPr>
      <w:r>
        <w:rPr>
          <w:color w:val="404040"/>
        </w:rPr>
        <w:t>Foreninger, institutioner, lokale erhverv og selvstændige.</w:t>
      </w:r>
    </w:p>
    <w:p w14:paraId="63D696C6" w14:textId="77777777" w:rsidR="009F5F92" w:rsidRDefault="00F36634">
      <w:pPr>
        <w:pStyle w:val="Opstilling-punkttegn"/>
        <w:spacing w:after="50"/>
        <w:ind w:left="312" w:hanging="142"/>
      </w:pPr>
      <w:r>
        <w:rPr>
          <w:color w:val="404040"/>
        </w:rPr>
        <w:t>Nye tilflyttere og borgere med lang lokal tilknytning.</w:t>
      </w:r>
    </w:p>
    <w:p w14:paraId="3A630651" w14:textId="77777777" w:rsidR="009F5F92" w:rsidRDefault="00F36634">
      <w:pPr>
        <w:pStyle w:val="Opstilling-punkttegn"/>
        <w:spacing w:after="50"/>
        <w:ind w:left="312" w:hanging="142"/>
      </w:pPr>
      <w:r>
        <w:rPr>
          <w:color w:val="404040"/>
        </w:rPr>
        <w:t>Fritids-/sommerhusejere eller andre grupper med væsentlig tilknytning til området, hvis det er relevant.</w:t>
      </w:r>
    </w:p>
    <w:p w14:paraId="03F6354F" w14:textId="77777777" w:rsidR="009F5F92" w:rsidRDefault="00F36634">
      <w:pPr>
        <w:pStyle w:val="Opstilling-punkttegn"/>
        <w:spacing w:after="50"/>
        <w:ind w:left="312" w:hanging="142"/>
      </w:pPr>
      <w:r>
        <w:rPr>
          <w:color w:val="404040"/>
        </w:rPr>
        <w:t>Kommunale medarbejdere eller andre fagpersoner, når deres viden kan bidrage uden at dominere borgerprocessen.</w:t>
      </w:r>
    </w:p>
    <w:p w14:paraId="1767D00C" w14:textId="77777777" w:rsidR="009F5F92" w:rsidRDefault="00F36634">
      <w:pPr>
        <w:keepNext/>
        <w:spacing w:before="140" w:after="60"/>
      </w:pPr>
      <w:r>
        <w:rPr>
          <w:rFonts w:ascii="Arial" w:hAnsi="Arial"/>
          <w:b/>
          <w:color w:val="4F7F45"/>
          <w:sz w:val="25"/>
        </w:rPr>
        <w:t>Tilmeldingsoplysninger</w:t>
      </w:r>
    </w:p>
    <w:tbl>
      <w:tblPr>
        <w:tblW w:w="0" w:type="auto"/>
        <w:jc w:val="center"/>
        <w:tblLayout w:type="fixed"/>
        <w:tblLook w:val="04A0" w:firstRow="1" w:lastRow="0" w:firstColumn="1" w:lastColumn="0" w:noHBand="0" w:noVBand="1"/>
      </w:tblPr>
      <w:tblGrid>
        <w:gridCol w:w="3515"/>
        <w:gridCol w:w="5839"/>
      </w:tblGrid>
      <w:tr w:rsidR="009F5F92" w14:paraId="4A66B8A9" w14:textId="77777777">
        <w:trPr>
          <w:tblHeader/>
          <w:jc w:val="center"/>
        </w:trPr>
        <w:tc>
          <w:tcPr>
            <w:tcW w:w="3515"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4A5269E" w14:textId="77777777" w:rsidR="009F5F92" w:rsidRDefault="00F36634">
            <w:pPr>
              <w:spacing w:after="30" w:line="240" w:lineRule="auto"/>
            </w:pPr>
            <w:r>
              <w:rPr>
                <w:b/>
                <w:color w:val="404040"/>
                <w:sz w:val="18"/>
              </w:rPr>
              <w:t>Felt</w:t>
            </w:r>
          </w:p>
        </w:tc>
        <w:tc>
          <w:tcPr>
            <w:tcW w:w="5839"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4EC72F19" w14:textId="77777777" w:rsidR="009F5F92" w:rsidRDefault="00F36634">
            <w:pPr>
              <w:spacing w:after="30" w:line="240" w:lineRule="auto"/>
            </w:pPr>
            <w:r>
              <w:rPr>
                <w:b/>
                <w:color w:val="404040"/>
                <w:sz w:val="18"/>
              </w:rPr>
              <w:t>Forslag</w:t>
            </w:r>
          </w:p>
        </w:tc>
      </w:tr>
      <w:tr w:rsidR="009F5F92" w14:paraId="74B039AD" w14:textId="77777777">
        <w:trPr>
          <w:jc w:val="center"/>
        </w:trPr>
        <w:tc>
          <w:tcPr>
            <w:tcW w:w="351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1C6F86B" w14:textId="77777777" w:rsidR="009F5F92" w:rsidRDefault="00F36634">
            <w:pPr>
              <w:spacing w:after="30" w:line="240" w:lineRule="auto"/>
            </w:pPr>
            <w:r>
              <w:rPr>
                <w:color w:val="404040"/>
                <w:sz w:val="18"/>
              </w:rPr>
              <w:t>Navn</w:t>
            </w:r>
          </w:p>
        </w:tc>
        <w:tc>
          <w:tcPr>
            <w:tcW w:w="5839"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9351696" w14:textId="77777777" w:rsidR="009F5F92" w:rsidRDefault="00F36634">
            <w:pPr>
              <w:spacing w:after="30" w:line="240" w:lineRule="auto"/>
            </w:pPr>
            <w:r>
              <w:rPr>
                <w:color w:val="404040"/>
                <w:sz w:val="18"/>
              </w:rPr>
              <w:t>Obligatorisk</w:t>
            </w:r>
          </w:p>
        </w:tc>
      </w:tr>
      <w:tr w:rsidR="009F5F92" w14:paraId="78F00C6B" w14:textId="77777777">
        <w:trPr>
          <w:jc w:val="center"/>
        </w:trPr>
        <w:tc>
          <w:tcPr>
            <w:tcW w:w="351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7A1A31A" w14:textId="77777777" w:rsidR="009F5F92" w:rsidRDefault="00F36634">
            <w:pPr>
              <w:spacing w:after="30" w:line="240" w:lineRule="auto"/>
            </w:pPr>
            <w:r>
              <w:rPr>
                <w:color w:val="404040"/>
                <w:sz w:val="18"/>
              </w:rPr>
              <w:t>E-mail / telefon</w:t>
            </w:r>
          </w:p>
        </w:tc>
        <w:tc>
          <w:tcPr>
            <w:tcW w:w="5839"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EFADCA8" w14:textId="77777777" w:rsidR="009F5F92" w:rsidRDefault="00F36634">
            <w:pPr>
              <w:spacing w:after="30" w:line="240" w:lineRule="auto"/>
            </w:pPr>
            <w:r>
              <w:rPr>
                <w:color w:val="404040"/>
                <w:sz w:val="18"/>
              </w:rPr>
              <w:t>Efter behov</w:t>
            </w:r>
          </w:p>
        </w:tc>
      </w:tr>
      <w:tr w:rsidR="009F5F92" w14:paraId="2F11E6F9" w14:textId="77777777">
        <w:trPr>
          <w:jc w:val="center"/>
        </w:trPr>
        <w:tc>
          <w:tcPr>
            <w:tcW w:w="351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C195A96" w14:textId="77777777" w:rsidR="009F5F92" w:rsidRDefault="00F36634">
            <w:pPr>
              <w:spacing w:after="30" w:line="240" w:lineRule="auto"/>
            </w:pPr>
            <w:r>
              <w:rPr>
                <w:color w:val="404040"/>
                <w:sz w:val="18"/>
              </w:rPr>
              <w:t>Tilknytning til [LANDSBYNAVN]</w:t>
            </w:r>
          </w:p>
        </w:tc>
        <w:tc>
          <w:tcPr>
            <w:tcW w:w="5839"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3B4EDC1" w14:textId="77777777" w:rsidR="009F5F92" w:rsidRDefault="00F36634">
            <w:pPr>
              <w:spacing w:after="30" w:line="240" w:lineRule="auto"/>
            </w:pPr>
            <w:r>
              <w:rPr>
                <w:color w:val="404040"/>
                <w:sz w:val="18"/>
              </w:rPr>
              <w:t>Valgfrit</w:t>
            </w:r>
          </w:p>
        </w:tc>
      </w:tr>
      <w:tr w:rsidR="009F5F92" w14:paraId="4BB6BC10" w14:textId="77777777">
        <w:trPr>
          <w:jc w:val="center"/>
        </w:trPr>
        <w:tc>
          <w:tcPr>
            <w:tcW w:w="351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CD69A79" w14:textId="77777777" w:rsidR="009F5F92" w:rsidRDefault="00F36634">
            <w:pPr>
              <w:spacing w:after="30" w:line="240" w:lineRule="auto"/>
            </w:pPr>
            <w:r>
              <w:rPr>
                <w:color w:val="404040"/>
                <w:sz w:val="18"/>
              </w:rPr>
              <w:t>Interesse for tema</w:t>
            </w:r>
          </w:p>
        </w:tc>
        <w:tc>
          <w:tcPr>
            <w:tcW w:w="5839"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FF100C1" w14:textId="77777777" w:rsidR="009F5F92" w:rsidRDefault="00F36634">
            <w:pPr>
              <w:spacing w:after="30" w:line="240" w:lineRule="auto"/>
            </w:pPr>
            <w:r>
              <w:rPr>
                <w:color w:val="404040"/>
                <w:sz w:val="18"/>
              </w:rPr>
              <w:t>Valgfrit - kan bruges til bordfordeling</w:t>
            </w:r>
          </w:p>
        </w:tc>
      </w:tr>
      <w:tr w:rsidR="009F5F92" w14:paraId="00285E9B" w14:textId="77777777">
        <w:trPr>
          <w:jc w:val="center"/>
        </w:trPr>
        <w:tc>
          <w:tcPr>
            <w:tcW w:w="351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C598462" w14:textId="77777777" w:rsidR="009F5F92" w:rsidRDefault="00F36634">
            <w:pPr>
              <w:spacing w:after="30" w:line="240" w:lineRule="auto"/>
            </w:pPr>
            <w:r>
              <w:rPr>
                <w:color w:val="404040"/>
                <w:sz w:val="18"/>
              </w:rPr>
              <w:t>Særlige behov</w:t>
            </w:r>
          </w:p>
        </w:tc>
        <w:tc>
          <w:tcPr>
            <w:tcW w:w="5839"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13883E2" w14:textId="77777777" w:rsidR="009F5F92" w:rsidRDefault="00F36634">
            <w:pPr>
              <w:spacing w:after="30" w:line="240" w:lineRule="auto"/>
            </w:pPr>
            <w:r>
              <w:rPr>
                <w:color w:val="404040"/>
                <w:sz w:val="18"/>
              </w:rPr>
              <w:t>Valgfrit, fx tilgængelighed eller kost</w:t>
            </w:r>
          </w:p>
        </w:tc>
      </w:tr>
    </w:tbl>
    <w:p w14:paraId="27C20A32" w14:textId="77777777" w:rsidR="009F5F92" w:rsidRDefault="00F36634">
      <w:pPr>
        <w:keepNext/>
        <w:spacing w:before="180" w:after="100"/>
      </w:pPr>
      <w:r>
        <w:rPr>
          <w:rFonts w:ascii="Arial" w:hAnsi="Arial"/>
          <w:b/>
          <w:color w:val="4F7F45"/>
          <w:sz w:val="33"/>
        </w:rPr>
        <w:t>3. Forbered det faglige afsæt</w:t>
      </w:r>
    </w:p>
    <w:p w14:paraId="5A0DE83F" w14:textId="77777777" w:rsidR="009F5F92" w:rsidRDefault="00F36634">
      <w:pPr>
        <w:spacing w:after="80" w:line="259" w:lineRule="auto"/>
      </w:pPr>
      <w:r>
        <w:rPr>
          <w:color w:val="404040"/>
          <w:sz w:val="20"/>
        </w:rPr>
        <w:t>Oplægget om udfordringsbilledet skal være kort. Det skal give fælles viden og åbne for samtale - ikke levere løsninger på forhånd.</w:t>
      </w:r>
    </w:p>
    <w:p w14:paraId="62939712" w14:textId="77777777" w:rsidR="009F5F92" w:rsidRDefault="00F36634">
      <w:pPr>
        <w:pStyle w:val="Opstilling-punkttegn"/>
        <w:spacing w:after="50"/>
        <w:ind w:left="312" w:hanging="142"/>
      </w:pPr>
      <w:r>
        <w:rPr>
          <w:color w:val="404040"/>
        </w:rPr>
        <w:t>Udvælg 3-5 nøgletal eller observationer fra kortlægningen.</w:t>
      </w:r>
    </w:p>
    <w:p w14:paraId="531773BE" w14:textId="77777777" w:rsidR="009F5F92" w:rsidRDefault="00F36634">
      <w:pPr>
        <w:pStyle w:val="Opstilling-punkttegn"/>
        <w:spacing w:after="50"/>
        <w:ind w:left="312" w:hanging="142"/>
      </w:pPr>
      <w:r>
        <w:rPr>
          <w:color w:val="404040"/>
        </w:rPr>
        <w:t>Opsummér de vigtigste mønstre fra spørgeskemaundersøgelsen.</w:t>
      </w:r>
    </w:p>
    <w:p w14:paraId="45C01092" w14:textId="77777777" w:rsidR="009F5F92" w:rsidRDefault="00F36634">
      <w:pPr>
        <w:pStyle w:val="Opstilling-punkttegn"/>
        <w:spacing w:after="50"/>
        <w:ind w:left="312" w:hanging="142"/>
      </w:pPr>
      <w:r>
        <w:rPr>
          <w:color w:val="404040"/>
        </w:rPr>
        <w:t>Vælg 2-4 temaer, som både er vigtige for landsbyen og egnede til at arbejde videre med.</w:t>
      </w:r>
    </w:p>
    <w:p w14:paraId="744894FE" w14:textId="77777777" w:rsidR="009F5F92" w:rsidRDefault="00F36634">
      <w:pPr>
        <w:pStyle w:val="Opstilling-punkttegn"/>
        <w:spacing w:after="50"/>
        <w:ind w:left="312" w:hanging="142"/>
      </w:pPr>
      <w:r>
        <w:rPr>
          <w:color w:val="404040"/>
        </w:rPr>
        <w:t>Lad hvert tema få et oplæg på højst 5 minutter med: Hvad ved vi? Hvad hører vi? Hvilke spørgsmål står åbne?</w:t>
      </w:r>
    </w:p>
    <w:p w14:paraId="1F88B9F4" w14:textId="77777777" w:rsidR="009F5F92" w:rsidRDefault="00F36634">
      <w:pPr>
        <w:pStyle w:val="Opstilling-punkttegn"/>
        <w:spacing w:after="50"/>
        <w:ind w:left="312" w:hanging="142"/>
      </w:pPr>
      <w:r>
        <w:rPr>
          <w:color w:val="404040"/>
        </w:rPr>
        <w:t>Undgå at præsentere færdige løsningsforslag før utopifasen.</w:t>
      </w:r>
    </w:p>
    <w:tbl>
      <w:tblPr>
        <w:tblW w:w="0" w:type="auto"/>
        <w:jc w:val="center"/>
        <w:tblLayout w:type="fixed"/>
        <w:tblLook w:val="04A0" w:firstRow="1" w:lastRow="0" w:firstColumn="1" w:lastColumn="0" w:noHBand="0" w:noVBand="1"/>
      </w:tblPr>
      <w:tblGrid>
        <w:gridCol w:w="1701"/>
        <w:gridCol w:w="3005"/>
        <w:gridCol w:w="3061"/>
        <w:gridCol w:w="1587"/>
      </w:tblGrid>
      <w:tr w:rsidR="009F5F92" w14:paraId="59369470" w14:textId="77777777">
        <w:trPr>
          <w:tblHeader/>
          <w:jc w:val="center"/>
        </w:trPr>
        <w:tc>
          <w:tcPr>
            <w:tcW w:w="1701"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5B528BD9" w14:textId="77777777" w:rsidR="009F5F92" w:rsidRDefault="00F36634">
            <w:pPr>
              <w:spacing w:after="30" w:line="240" w:lineRule="auto"/>
            </w:pPr>
            <w:r>
              <w:rPr>
                <w:b/>
                <w:color w:val="404040"/>
                <w:sz w:val="17"/>
              </w:rPr>
              <w:t>Tema</w:t>
            </w:r>
          </w:p>
        </w:tc>
        <w:tc>
          <w:tcPr>
            <w:tcW w:w="3005"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8CBE53E" w14:textId="77777777" w:rsidR="009F5F92" w:rsidRDefault="00F36634">
            <w:pPr>
              <w:spacing w:after="30" w:line="240" w:lineRule="auto"/>
            </w:pPr>
            <w:r>
              <w:rPr>
                <w:b/>
                <w:color w:val="404040"/>
                <w:sz w:val="17"/>
              </w:rPr>
              <w:t>Hvad viser data/input?</w:t>
            </w:r>
          </w:p>
        </w:tc>
        <w:tc>
          <w:tcPr>
            <w:tcW w:w="3061"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11263419" w14:textId="77777777" w:rsidR="009F5F92" w:rsidRDefault="00F36634">
            <w:pPr>
              <w:spacing w:after="30" w:line="240" w:lineRule="auto"/>
            </w:pPr>
            <w:r>
              <w:rPr>
                <w:b/>
                <w:color w:val="404040"/>
                <w:sz w:val="17"/>
              </w:rPr>
              <w:t>Hvilke åbne spørgsmål?</w:t>
            </w:r>
          </w:p>
        </w:tc>
        <w:tc>
          <w:tcPr>
            <w:tcW w:w="1587"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1A95BE2" w14:textId="77777777" w:rsidR="009F5F92" w:rsidRDefault="00F36634">
            <w:pPr>
              <w:spacing w:after="30" w:line="240" w:lineRule="auto"/>
            </w:pPr>
            <w:r>
              <w:rPr>
                <w:b/>
                <w:color w:val="404040"/>
                <w:sz w:val="17"/>
              </w:rPr>
              <w:t>Temavært</w:t>
            </w:r>
          </w:p>
        </w:tc>
      </w:tr>
      <w:tr w:rsidR="009F5F92" w14:paraId="7358E659"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DE97464" w14:textId="77777777" w:rsidR="009F5F92" w:rsidRDefault="00F36634">
            <w:pPr>
              <w:spacing w:after="30" w:line="240" w:lineRule="auto"/>
            </w:pPr>
            <w:r>
              <w:rPr>
                <w:color w:val="404040"/>
                <w:sz w:val="17"/>
              </w:rPr>
              <w:t>[TEMA 1]</w:t>
            </w:r>
          </w:p>
        </w:tc>
        <w:tc>
          <w:tcPr>
            <w:tcW w:w="300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022EE41" w14:textId="77777777" w:rsidR="009F5F92" w:rsidRDefault="009F5F92">
            <w:pPr>
              <w:spacing w:after="30" w:line="240" w:lineRule="auto"/>
            </w:pPr>
          </w:p>
        </w:tc>
        <w:tc>
          <w:tcPr>
            <w:tcW w:w="30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71B09DA" w14:textId="77777777" w:rsidR="009F5F92" w:rsidRDefault="009F5F92">
            <w:pPr>
              <w:spacing w:after="30" w:line="240" w:lineRule="auto"/>
            </w:pPr>
          </w:p>
        </w:tc>
        <w:tc>
          <w:tcPr>
            <w:tcW w:w="158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355F305" w14:textId="77777777" w:rsidR="009F5F92" w:rsidRDefault="00F36634">
            <w:pPr>
              <w:spacing w:after="30" w:line="240" w:lineRule="auto"/>
            </w:pPr>
            <w:r>
              <w:rPr>
                <w:color w:val="404040"/>
                <w:sz w:val="17"/>
              </w:rPr>
              <w:t>[NAVN]</w:t>
            </w:r>
          </w:p>
        </w:tc>
      </w:tr>
      <w:tr w:rsidR="009F5F92" w14:paraId="4AC3CDD5"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489D4E0" w14:textId="77777777" w:rsidR="009F5F92" w:rsidRDefault="00F36634">
            <w:pPr>
              <w:spacing w:after="30" w:line="240" w:lineRule="auto"/>
            </w:pPr>
            <w:r>
              <w:rPr>
                <w:color w:val="404040"/>
                <w:sz w:val="17"/>
              </w:rPr>
              <w:t>[TEMA 2]</w:t>
            </w:r>
          </w:p>
        </w:tc>
        <w:tc>
          <w:tcPr>
            <w:tcW w:w="300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6B8689F" w14:textId="77777777" w:rsidR="009F5F92" w:rsidRDefault="009F5F92">
            <w:pPr>
              <w:spacing w:after="30" w:line="240" w:lineRule="auto"/>
            </w:pPr>
          </w:p>
        </w:tc>
        <w:tc>
          <w:tcPr>
            <w:tcW w:w="30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B926E09" w14:textId="77777777" w:rsidR="009F5F92" w:rsidRDefault="009F5F92">
            <w:pPr>
              <w:spacing w:after="30" w:line="240" w:lineRule="auto"/>
            </w:pPr>
          </w:p>
        </w:tc>
        <w:tc>
          <w:tcPr>
            <w:tcW w:w="158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B9413AF" w14:textId="77777777" w:rsidR="009F5F92" w:rsidRDefault="00F36634">
            <w:pPr>
              <w:spacing w:after="30" w:line="240" w:lineRule="auto"/>
            </w:pPr>
            <w:r>
              <w:rPr>
                <w:color w:val="404040"/>
                <w:sz w:val="17"/>
              </w:rPr>
              <w:t>[NAVN]</w:t>
            </w:r>
          </w:p>
        </w:tc>
      </w:tr>
      <w:tr w:rsidR="009F5F92" w14:paraId="590F1FCE"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4BC3321" w14:textId="77777777" w:rsidR="009F5F92" w:rsidRDefault="00F36634">
            <w:pPr>
              <w:spacing w:after="30" w:line="240" w:lineRule="auto"/>
            </w:pPr>
            <w:r>
              <w:rPr>
                <w:color w:val="404040"/>
                <w:sz w:val="17"/>
              </w:rPr>
              <w:t>[TEMA 3]</w:t>
            </w:r>
          </w:p>
        </w:tc>
        <w:tc>
          <w:tcPr>
            <w:tcW w:w="300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3024F28" w14:textId="77777777" w:rsidR="009F5F92" w:rsidRDefault="009F5F92">
            <w:pPr>
              <w:spacing w:after="30" w:line="240" w:lineRule="auto"/>
            </w:pPr>
          </w:p>
        </w:tc>
        <w:tc>
          <w:tcPr>
            <w:tcW w:w="30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AA38707" w14:textId="77777777" w:rsidR="009F5F92" w:rsidRDefault="009F5F92">
            <w:pPr>
              <w:spacing w:after="30" w:line="240" w:lineRule="auto"/>
            </w:pPr>
          </w:p>
        </w:tc>
        <w:tc>
          <w:tcPr>
            <w:tcW w:w="158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E7FD4B0" w14:textId="77777777" w:rsidR="009F5F92" w:rsidRDefault="00F36634">
            <w:pPr>
              <w:spacing w:after="30" w:line="240" w:lineRule="auto"/>
            </w:pPr>
            <w:r>
              <w:rPr>
                <w:color w:val="404040"/>
                <w:sz w:val="17"/>
              </w:rPr>
              <w:t>[NAVN]</w:t>
            </w:r>
          </w:p>
        </w:tc>
      </w:tr>
      <w:tr w:rsidR="009F5F92" w14:paraId="664FBFA8"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44400B2" w14:textId="77777777" w:rsidR="009F5F92" w:rsidRDefault="00F36634">
            <w:pPr>
              <w:spacing w:after="30" w:line="240" w:lineRule="auto"/>
            </w:pPr>
            <w:r>
              <w:rPr>
                <w:color w:val="404040"/>
                <w:sz w:val="17"/>
              </w:rPr>
              <w:t>[TEMA 4]</w:t>
            </w:r>
          </w:p>
        </w:tc>
        <w:tc>
          <w:tcPr>
            <w:tcW w:w="3005"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FDB84DB" w14:textId="77777777" w:rsidR="009F5F92" w:rsidRDefault="009F5F92">
            <w:pPr>
              <w:spacing w:after="30" w:line="240" w:lineRule="auto"/>
            </w:pPr>
          </w:p>
        </w:tc>
        <w:tc>
          <w:tcPr>
            <w:tcW w:w="30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3849762" w14:textId="77777777" w:rsidR="009F5F92" w:rsidRDefault="009F5F92">
            <w:pPr>
              <w:spacing w:after="30" w:line="240" w:lineRule="auto"/>
            </w:pPr>
          </w:p>
        </w:tc>
        <w:tc>
          <w:tcPr>
            <w:tcW w:w="1587"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0B04B90" w14:textId="77777777" w:rsidR="009F5F92" w:rsidRDefault="00F36634">
            <w:pPr>
              <w:spacing w:after="30" w:line="240" w:lineRule="auto"/>
            </w:pPr>
            <w:r>
              <w:rPr>
                <w:color w:val="404040"/>
                <w:sz w:val="17"/>
              </w:rPr>
              <w:t>[NAVN]</w:t>
            </w:r>
          </w:p>
        </w:tc>
      </w:tr>
    </w:tbl>
    <w:p w14:paraId="1C7882E6" w14:textId="77777777" w:rsidR="009F5F92" w:rsidRDefault="00F36634">
      <w:r>
        <w:br w:type="page"/>
      </w:r>
    </w:p>
    <w:p w14:paraId="5642767D" w14:textId="77777777" w:rsidR="009F5F92" w:rsidRDefault="00F36634">
      <w:pPr>
        <w:keepNext/>
        <w:spacing w:before="180" w:after="100"/>
      </w:pPr>
      <w:r>
        <w:rPr>
          <w:rFonts w:ascii="Arial" w:hAnsi="Arial"/>
          <w:b/>
          <w:color w:val="4F7F45"/>
          <w:sz w:val="33"/>
        </w:rPr>
        <w:lastRenderedPageBreak/>
        <w:t>4. Program på dagen - eksempel</w:t>
      </w:r>
    </w:p>
    <w:p w14:paraId="4EC87772" w14:textId="77777777" w:rsidR="009F5F92" w:rsidRDefault="00F36634">
      <w:pPr>
        <w:spacing w:after="80" w:line="259" w:lineRule="auto"/>
      </w:pPr>
      <w:r>
        <w:rPr>
          <w:i/>
          <w:color w:val="666666"/>
          <w:sz w:val="19"/>
        </w:rPr>
        <w:t>Eksemplet nedenfor følger et ca. 3½-times fremtidsværksted efterfulgt af fælles spisning. Tiderne kan flyttes, men rækkefølgen bør bevares.</w:t>
      </w:r>
    </w:p>
    <w:tbl>
      <w:tblPr>
        <w:tblW w:w="0" w:type="auto"/>
        <w:jc w:val="center"/>
        <w:tblLayout w:type="fixed"/>
        <w:tblLook w:val="04A0" w:firstRow="1" w:lastRow="0" w:firstColumn="1" w:lastColumn="0" w:noHBand="0" w:noVBand="1"/>
      </w:tblPr>
      <w:tblGrid>
        <w:gridCol w:w="1361"/>
        <w:gridCol w:w="2268"/>
        <w:gridCol w:w="4082"/>
        <w:gridCol w:w="1701"/>
      </w:tblGrid>
      <w:tr w:rsidR="009F5F92" w14:paraId="5BB6B3E8" w14:textId="77777777">
        <w:trPr>
          <w:tblHeader/>
          <w:jc w:val="center"/>
        </w:trPr>
        <w:tc>
          <w:tcPr>
            <w:tcW w:w="1361"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7B9B28AD" w14:textId="77777777" w:rsidR="009F5F92" w:rsidRDefault="00F36634">
            <w:pPr>
              <w:spacing w:after="30" w:line="240" w:lineRule="auto"/>
            </w:pPr>
            <w:r>
              <w:rPr>
                <w:b/>
                <w:color w:val="404040"/>
                <w:sz w:val="17"/>
              </w:rPr>
              <w:t>Tid</w:t>
            </w:r>
          </w:p>
        </w:tc>
        <w:tc>
          <w:tcPr>
            <w:tcW w:w="2268"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A747401" w14:textId="77777777" w:rsidR="009F5F92" w:rsidRDefault="00F36634">
            <w:pPr>
              <w:spacing w:after="30" w:line="240" w:lineRule="auto"/>
            </w:pPr>
            <w:r>
              <w:rPr>
                <w:b/>
                <w:color w:val="404040"/>
                <w:sz w:val="17"/>
              </w:rPr>
              <w:t>Aktivitet</w:t>
            </w:r>
          </w:p>
        </w:tc>
        <w:tc>
          <w:tcPr>
            <w:tcW w:w="4082"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30930748" w14:textId="77777777" w:rsidR="009F5F92" w:rsidRDefault="00F36634">
            <w:pPr>
              <w:spacing w:after="30" w:line="240" w:lineRule="auto"/>
            </w:pPr>
            <w:r>
              <w:rPr>
                <w:b/>
                <w:color w:val="404040"/>
                <w:sz w:val="17"/>
              </w:rPr>
              <w:t>Formål / proces</w:t>
            </w:r>
          </w:p>
        </w:tc>
        <w:tc>
          <w:tcPr>
            <w:tcW w:w="1701"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138B227C" w14:textId="77777777" w:rsidR="009F5F92" w:rsidRDefault="00F36634">
            <w:pPr>
              <w:spacing w:after="30" w:line="240" w:lineRule="auto"/>
            </w:pPr>
            <w:r>
              <w:rPr>
                <w:b/>
                <w:color w:val="404040"/>
                <w:sz w:val="17"/>
              </w:rPr>
              <w:t>Ansvar</w:t>
            </w:r>
          </w:p>
        </w:tc>
      </w:tr>
      <w:tr w:rsidR="009F5F92" w14:paraId="7E8B755A"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B20A25A" w14:textId="77777777" w:rsidR="009F5F92" w:rsidRDefault="00F36634">
            <w:pPr>
              <w:spacing w:after="30" w:line="240" w:lineRule="auto"/>
            </w:pPr>
            <w:r>
              <w:rPr>
                <w:color w:val="404040"/>
                <w:sz w:val="17"/>
              </w:rPr>
              <w:t>13.45-14.00</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E010CB7" w14:textId="77777777" w:rsidR="009F5F92" w:rsidRDefault="00F36634">
            <w:pPr>
              <w:spacing w:after="30" w:line="240" w:lineRule="auto"/>
            </w:pPr>
            <w:r>
              <w:rPr>
                <w:color w:val="404040"/>
                <w:sz w:val="17"/>
              </w:rPr>
              <w:t>Ankomst og tjek ind</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951C743" w14:textId="77777777" w:rsidR="009F5F92" w:rsidRDefault="00F36634">
            <w:pPr>
              <w:spacing w:after="30" w:line="240" w:lineRule="auto"/>
            </w:pPr>
            <w:r>
              <w:rPr>
                <w:color w:val="404040"/>
                <w:sz w:val="17"/>
              </w:rPr>
              <w:t>Registrering, navneskilte, kaffe/vand og uformel velkomst.</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15615B5" w14:textId="77777777" w:rsidR="009F5F92" w:rsidRDefault="00F36634">
            <w:pPr>
              <w:spacing w:after="30" w:line="240" w:lineRule="auto"/>
            </w:pPr>
            <w:r>
              <w:rPr>
                <w:color w:val="404040"/>
                <w:sz w:val="17"/>
              </w:rPr>
              <w:t>[VÆRTSTEAM]</w:t>
            </w:r>
          </w:p>
        </w:tc>
      </w:tr>
      <w:tr w:rsidR="009F5F92" w14:paraId="2A361F6D"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721EB2A" w14:textId="77777777" w:rsidR="009F5F92" w:rsidRDefault="00F36634">
            <w:pPr>
              <w:spacing w:after="30" w:line="240" w:lineRule="auto"/>
            </w:pPr>
            <w:r>
              <w:rPr>
                <w:color w:val="404040"/>
                <w:sz w:val="17"/>
              </w:rPr>
              <w:t>14.00-14.20</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B4792A1" w14:textId="77777777" w:rsidR="009F5F92" w:rsidRDefault="00F36634">
            <w:pPr>
              <w:spacing w:after="30" w:line="240" w:lineRule="auto"/>
            </w:pPr>
            <w:r>
              <w:rPr>
                <w:color w:val="404040"/>
                <w:sz w:val="17"/>
              </w:rPr>
              <w:t>Velkomst og rammesætning</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3D12BAB" w14:textId="77777777" w:rsidR="009F5F92" w:rsidRDefault="00F36634">
            <w:pPr>
              <w:spacing w:after="30" w:line="240" w:lineRule="auto"/>
            </w:pPr>
            <w:r>
              <w:rPr>
                <w:color w:val="404040"/>
                <w:sz w:val="17"/>
              </w:rPr>
              <w:t>Velkomst, formål, program, præsentation af proces og de tre faser: kritik, utopi og realisering.</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A84F84C" w14:textId="77777777" w:rsidR="009F5F92" w:rsidRDefault="00F36634">
            <w:pPr>
              <w:spacing w:after="30" w:line="240" w:lineRule="auto"/>
            </w:pPr>
            <w:r>
              <w:rPr>
                <w:color w:val="404040"/>
                <w:sz w:val="17"/>
              </w:rPr>
              <w:t>[PROCESANSVARLIG + FACILITATOR]</w:t>
            </w:r>
          </w:p>
        </w:tc>
      </w:tr>
      <w:tr w:rsidR="009F5F92" w14:paraId="37912BEE"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9606BB1" w14:textId="77777777" w:rsidR="009F5F92" w:rsidRDefault="00F36634">
            <w:pPr>
              <w:spacing w:after="30" w:line="240" w:lineRule="auto"/>
            </w:pPr>
            <w:r>
              <w:rPr>
                <w:color w:val="404040"/>
                <w:sz w:val="17"/>
              </w:rPr>
              <w:t>14.20-14.45</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3105001" w14:textId="77777777" w:rsidR="009F5F92" w:rsidRDefault="00F36634">
            <w:pPr>
              <w:spacing w:after="30" w:line="240" w:lineRule="auto"/>
            </w:pPr>
            <w:r>
              <w:rPr>
                <w:color w:val="404040"/>
                <w:sz w:val="17"/>
              </w:rPr>
              <w:t>Udfordringsbillede</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3D9DCA7" w14:textId="77777777" w:rsidR="009F5F92" w:rsidRDefault="00F36634">
            <w:pPr>
              <w:spacing w:after="30" w:line="240" w:lineRule="auto"/>
            </w:pPr>
            <w:r>
              <w:rPr>
                <w:color w:val="404040"/>
                <w:sz w:val="17"/>
              </w:rPr>
              <w:t>Kort præsentation af data, spørgeskema og 2-4 temaoplæg.</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7F2C58A" w14:textId="77777777" w:rsidR="009F5F92" w:rsidRDefault="00F36634">
            <w:pPr>
              <w:spacing w:after="30" w:line="240" w:lineRule="auto"/>
            </w:pPr>
            <w:r>
              <w:rPr>
                <w:color w:val="404040"/>
                <w:sz w:val="17"/>
              </w:rPr>
              <w:t>[OPLÆGSHOLDERE]</w:t>
            </w:r>
          </w:p>
        </w:tc>
      </w:tr>
      <w:tr w:rsidR="009F5F92" w14:paraId="1C550EDB"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74F1969" w14:textId="77777777" w:rsidR="009F5F92" w:rsidRDefault="00F36634">
            <w:pPr>
              <w:spacing w:after="30" w:line="240" w:lineRule="auto"/>
            </w:pPr>
            <w:r>
              <w:rPr>
                <w:color w:val="404040"/>
                <w:sz w:val="17"/>
              </w:rPr>
              <w:t>14.45-15.00</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08EA3B8" w14:textId="77777777" w:rsidR="009F5F92" w:rsidRDefault="00F36634">
            <w:pPr>
              <w:spacing w:after="30" w:line="240" w:lineRule="auto"/>
            </w:pPr>
            <w:r>
              <w:rPr>
                <w:color w:val="404040"/>
                <w:sz w:val="17"/>
              </w:rPr>
              <w:t>Fordeling i temaer</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B2B83C3" w14:textId="77777777" w:rsidR="009F5F92" w:rsidRDefault="00F36634">
            <w:pPr>
              <w:spacing w:after="30" w:line="240" w:lineRule="auto"/>
            </w:pPr>
            <w:r>
              <w:rPr>
                <w:color w:val="404040"/>
                <w:sz w:val="17"/>
              </w:rPr>
              <w:t>Deltagerne vælger/fordeles til et tema. 5-8 deltagere pr. gruppe er et godt pejlemærke.</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F6AB956" w14:textId="77777777" w:rsidR="009F5F92" w:rsidRDefault="00F36634">
            <w:pPr>
              <w:spacing w:after="30" w:line="240" w:lineRule="auto"/>
            </w:pPr>
            <w:r>
              <w:rPr>
                <w:color w:val="404040"/>
                <w:sz w:val="17"/>
              </w:rPr>
              <w:t>[FACILITATOR]</w:t>
            </w:r>
          </w:p>
        </w:tc>
      </w:tr>
      <w:tr w:rsidR="009F5F92" w14:paraId="7271DA84"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627AFA5" w14:textId="77777777" w:rsidR="009F5F92" w:rsidRDefault="00F36634">
            <w:pPr>
              <w:spacing w:after="30" w:line="240" w:lineRule="auto"/>
            </w:pPr>
            <w:r>
              <w:rPr>
                <w:color w:val="404040"/>
                <w:sz w:val="17"/>
              </w:rPr>
              <w:t>15.00-16.00</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B89F661" w14:textId="77777777" w:rsidR="009F5F92" w:rsidRDefault="00F36634">
            <w:pPr>
              <w:spacing w:after="30" w:line="240" w:lineRule="auto"/>
            </w:pPr>
            <w:r>
              <w:rPr>
                <w:color w:val="404040"/>
                <w:sz w:val="17"/>
              </w:rPr>
              <w:t>Utopi og realisering i grupper</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6BDABE0" w14:textId="77777777" w:rsidR="009F5F92" w:rsidRDefault="00F36634">
            <w:pPr>
              <w:spacing w:after="30" w:line="240" w:lineRule="auto"/>
            </w:pPr>
            <w:r>
              <w:rPr>
                <w:color w:val="404040"/>
                <w:sz w:val="17"/>
              </w:rPr>
              <w:t>Først idé- og visionsfase uden realitetsfilter. Derefter udvælgelse og konkretisering af 2-3 forslag.</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577728A" w14:textId="77777777" w:rsidR="009F5F92" w:rsidRDefault="00F36634">
            <w:pPr>
              <w:spacing w:after="30" w:line="240" w:lineRule="auto"/>
            </w:pPr>
            <w:r>
              <w:rPr>
                <w:color w:val="404040"/>
                <w:sz w:val="17"/>
              </w:rPr>
              <w:t>[TEMAVÆRTER]</w:t>
            </w:r>
          </w:p>
        </w:tc>
      </w:tr>
      <w:tr w:rsidR="009F5F92" w14:paraId="2D0E5703"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4D8F79C" w14:textId="77777777" w:rsidR="009F5F92" w:rsidRDefault="00F36634">
            <w:pPr>
              <w:spacing w:after="30" w:line="240" w:lineRule="auto"/>
            </w:pPr>
            <w:r>
              <w:rPr>
                <w:color w:val="404040"/>
                <w:sz w:val="17"/>
              </w:rPr>
              <w:t>16.00-16.15</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29FE6AC" w14:textId="77777777" w:rsidR="009F5F92" w:rsidRDefault="00F36634">
            <w:pPr>
              <w:spacing w:after="30" w:line="240" w:lineRule="auto"/>
            </w:pPr>
            <w:r>
              <w:rPr>
                <w:color w:val="404040"/>
                <w:sz w:val="17"/>
              </w:rPr>
              <w:t>Pause</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B614DDF" w14:textId="77777777" w:rsidR="009F5F92" w:rsidRDefault="00F36634">
            <w:pPr>
              <w:spacing w:after="30" w:line="240" w:lineRule="auto"/>
            </w:pPr>
            <w:r>
              <w:rPr>
                <w:color w:val="404040"/>
                <w:sz w:val="17"/>
              </w:rPr>
              <w:t>Kort pause. Materialer bliver liggende ved bordene.</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EF52161" w14:textId="77777777" w:rsidR="009F5F92" w:rsidRDefault="00F36634">
            <w:pPr>
              <w:spacing w:after="30" w:line="240" w:lineRule="auto"/>
            </w:pPr>
            <w:r>
              <w:rPr>
                <w:color w:val="404040"/>
                <w:sz w:val="17"/>
              </w:rPr>
              <w:t>[PRAKTISK TEAM]</w:t>
            </w:r>
          </w:p>
        </w:tc>
      </w:tr>
      <w:tr w:rsidR="009F5F92" w14:paraId="4B7BF7D7"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A2CE097" w14:textId="77777777" w:rsidR="009F5F92" w:rsidRDefault="00F36634">
            <w:pPr>
              <w:spacing w:after="30" w:line="240" w:lineRule="auto"/>
            </w:pPr>
            <w:r>
              <w:rPr>
                <w:color w:val="404040"/>
                <w:sz w:val="17"/>
              </w:rPr>
              <w:t>16.15-16.55</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6B0B3CE" w14:textId="77777777" w:rsidR="009F5F92" w:rsidRDefault="00F36634">
            <w:pPr>
              <w:spacing w:after="30" w:line="240" w:lineRule="auto"/>
            </w:pPr>
            <w:r>
              <w:rPr>
                <w:color w:val="404040"/>
                <w:sz w:val="17"/>
              </w:rPr>
              <w:t>Opsamling i plenum</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3EED376" w14:textId="77777777" w:rsidR="009F5F92" w:rsidRDefault="00F36634">
            <w:pPr>
              <w:spacing w:after="30" w:line="240" w:lineRule="auto"/>
            </w:pPr>
            <w:r>
              <w:rPr>
                <w:color w:val="404040"/>
                <w:sz w:val="17"/>
              </w:rPr>
              <w:t>Hver gruppe præsenterer de vigtigste forslag og næste skridt. Forklar hvordan resultaterne bruges efter værkstedet.</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C32FF60" w14:textId="77777777" w:rsidR="009F5F92" w:rsidRDefault="00F36634">
            <w:pPr>
              <w:spacing w:after="30" w:line="240" w:lineRule="auto"/>
            </w:pPr>
            <w:r>
              <w:rPr>
                <w:color w:val="404040"/>
                <w:sz w:val="17"/>
              </w:rPr>
              <w:t>[FACILITATOR + GRUPPER]</w:t>
            </w:r>
          </w:p>
        </w:tc>
      </w:tr>
      <w:tr w:rsidR="009F5F92" w14:paraId="53F774AA"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DDFD795" w14:textId="77777777" w:rsidR="009F5F92" w:rsidRDefault="00F36634">
            <w:pPr>
              <w:spacing w:after="30" w:line="240" w:lineRule="auto"/>
            </w:pPr>
            <w:r>
              <w:rPr>
                <w:color w:val="404040"/>
                <w:sz w:val="17"/>
              </w:rPr>
              <w:t>16.55-17.00</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F5E5F39" w14:textId="77777777" w:rsidR="009F5F92" w:rsidRDefault="00F36634">
            <w:pPr>
              <w:spacing w:after="30" w:line="240" w:lineRule="auto"/>
            </w:pPr>
            <w:r>
              <w:rPr>
                <w:color w:val="404040"/>
                <w:sz w:val="17"/>
              </w:rPr>
              <w:t>Afrunding</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277DD5C" w14:textId="77777777" w:rsidR="009F5F92" w:rsidRDefault="00F36634">
            <w:pPr>
              <w:spacing w:after="30" w:line="240" w:lineRule="auto"/>
            </w:pPr>
            <w:r>
              <w:rPr>
                <w:color w:val="404040"/>
                <w:sz w:val="17"/>
              </w:rPr>
              <w:t>Tak, kontaktmuligheder og hvad der sker herefter.</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B73C91E" w14:textId="77777777" w:rsidR="009F5F92" w:rsidRDefault="00F36634">
            <w:pPr>
              <w:spacing w:after="30" w:line="240" w:lineRule="auto"/>
            </w:pPr>
            <w:r>
              <w:rPr>
                <w:color w:val="404040"/>
                <w:sz w:val="17"/>
              </w:rPr>
              <w:t>[PROCESANSVARLIG]</w:t>
            </w:r>
          </w:p>
        </w:tc>
      </w:tr>
      <w:tr w:rsidR="009F5F92" w14:paraId="068759B9" w14:textId="77777777">
        <w:trPr>
          <w:jc w:val="center"/>
        </w:trPr>
        <w:tc>
          <w:tcPr>
            <w:tcW w:w="136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74385D5" w14:textId="77777777" w:rsidR="009F5F92" w:rsidRDefault="00F36634">
            <w:pPr>
              <w:spacing w:after="30" w:line="240" w:lineRule="auto"/>
            </w:pPr>
            <w:r>
              <w:rPr>
                <w:color w:val="404040"/>
                <w:sz w:val="17"/>
              </w:rPr>
              <w:t>17.00-17.30</w:t>
            </w:r>
          </w:p>
        </w:tc>
        <w:tc>
          <w:tcPr>
            <w:tcW w:w="226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47221AE" w14:textId="77777777" w:rsidR="009F5F92" w:rsidRDefault="00F36634">
            <w:pPr>
              <w:spacing w:after="30" w:line="240" w:lineRule="auto"/>
            </w:pPr>
            <w:r>
              <w:rPr>
                <w:color w:val="404040"/>
                <w:sz w:val="17"/>
              </w:rPr>
              <w:t>Fælles spisning / netværk</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983003B" w14:textId="77777777" w:rsidR="009F5F92" w:rsidRDefault="00F36634">
            <w:pPr>
              <w:spacing w:after="30" w:line="240" w:lineRule="auto"/>
            </w:pPr>
            <w:r>
              <w:rPr>
                <w:color w:val="404040"/>
                <w:sz w:val="17"/>
              </w:rPr>
              <w:t>Uformel samtale og mulighed for at koble personer og idéer.</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1ACA01D" w14:textId="77777777" w:rsidR="009F5F92" w:rsidRDefault="00F36634">
            <w:pPr>
              <w:spacing w:after="30" w:line="240" w:lineRule="auto"/>
            </w:pPr>
            <w:r>
              <w:rPr>
                <w:color w:val="404040"/>
                <w:sz w:val="17"/>
              </w:rPr>
              <w:t>[VÆRTSTEAM]</w:t>
            </w:r>
          </w:p>
        </w:tc>
      </w:tr>
    </w:tbl>
    <w:p w14:paraId="1189B1F3" w14:textId="77777777" w:rsidR="009F5F92" w:rsidRDefault="00F36634">
      <w:pPr>
        <w:keepNext/>
        <w:spacing w:before="140" w:after="60"/>
      </w:pPr>
      <w:r>
        <w:rPr>
          <w:rFonts w:ascii="Arial" w:hAnsi="Arial"/>
          <w:b/>
          <w:color w:val="4F7F45"/>
          <w:sz w:val="25"/>
        </w:rPr>
        <w:t>Facilitatorens rammesætning ved start</w:t>
      </w:r>
    </w:p>
    <w:p w14:paraId="6A7C8367" w14:textId="77777777" w:rsidR="009F5F92" w:rsidRDefault="00F36634">
      <w:pPr>
        <w:pStyle w:val="Opstilling-punkttegn"/>
        <w:spacing w:after="50"/>
        <w:ind w:left="312" w:hanging="142"/>
      </w:pPr>
      <w:r>
        <w:rPr>
          <w:color w:val="404040"/>
        </w:rPr>
        <w:t>Vi undersøger først udfordringerne - uden at finde syndere.</w:t>
      </w:r>
    </w:p>
    <w:p w14:paraId="45C9F53D" w14:textId="77777777" w:rsidR="009F5F92" w:rsidRDefault="00F36634">
      <w:pPr>
        <w:pStyle w:val="Opstilling-punkttegn"/>
        <w:spacing w:after="50"/>
        <w:ind w:left="312" w:hanging="142"/>
      </w:pPr>
      <w:r>
        <w:rPr>
          <w:color w:val="404040"/>
        </w:rPr>
        <w:t>I utopifasen er alt muligt. Realisme, økonomi og regler parkeres midlertidigt.</w:t>
      </w:r>
    </w:p>
    <w:p w14:paraId="6FD1F16F" w14:textId="77777777" w:rsidR="009F5F92" w:rsidRDefault="00F36634">
      <w:pPr>
        <w:pStyle w:val="Opstilling-punkttegn"/>
        <w:spacing w:after="50"/>
        <w:ind w:left="312" w:hanging="142"/>
      </w:pPr>
      <w:r>
        <w:rPr>
          <w:color w:val="404040"/>
        </w:rPr>
        <w:t>Alle idéer skal kunne komme frem. Korte bidrag og én idé ad gangen.</w:t>
      </w:r>
    </w:p>
    <w:p w14:paraId="64282C14" w14:textId="77777777" w:rsidR="009F5F92" w:rsidRDefault="00F36634">
      <w:pPr>
        <w:pStyle w:val="Opstilling-punkttegn"/>
        <w:spacing w:after="50"/>
        <w:ind w:left="312" w:hanging="142"/>
      </w:pPr>
      <w:r>
        <w:rPr>
          <w:color w:val="404040"/>
        </w:rPr>
        <w:t>I realiseringsfasen bliver vi konkrete: Hvad kan vi gøre, hvem kan være med, og hvad er første skridt?</w:t>
      </w:r>
    </w:p>
    <w:p w14:paraId="742FE5BC" w14:textId="77777777" w:rsidR="009F5F92" w:rsidRDefault="00F36634">
      <w:pPr>
        <w:pStyle w:val="Opstilling-punkttegn"/>
        <w:spacing w:after="50"/>
        <w:ind w:left="312" w:hanging="142"/>
      </w:pPr>
      <w:r>
        <w:rPr>
          <w:color w:val="404040"/>
        </w:rPr>
        <w:t>Det er frivilligt at melde sig til det videre arbejde, men konkrete navne gør det langt lettere at komme videre.</w:t>
      </w:r>
    </w:p>
    <w:p w14:paraId="6C8D61C5" w14:textId="77777777" w:rsidR="009F5F92" w:rsidRDefault="00F36634">
      <w:r>
        <w:br w:type="page"/>
      </w:r>
    </w:p>
    <w:p w14:paraId="06ECA1CE" w14:textId="77777777" w:rsidR="009F5F92" w:rsidRDefault="00F36634">
      <w:pPr>
        <w:keepNext/>
        <w:spacing w:before="180" w:after="100"/>
      </w:pPr>
      <w:r>
        <w:rPr>
          <w:rFonts w:ascii="Arial" w:hAnsi="Arial"/>
          <w:b/>
          <w:color w:val="4F7F45"/>
          <w:sz w:val="33"/>
        </w:rPr>
        <w:lastRenderedPageBreak/>
        <w:t>5. Gruppeprocessen - trin for trin</w:t>
      </w:r>
    </w:p>
    <w:p w14:paraId="3F080A38" w14:textId="77777777" w:rsidR="009F5F92" w:rsidRDefault="00F36634">
      <w:pPr>
        <w:keepNext/>
        <w:spacing w:before="140" w:after="60"/>
      </w:pPr>
      <w:r>
        <w:rPr>
          <w:rFonts w:ascii="Arial" w:hAnsi="Arial"/>
          <w:b/>
          <w:color w:val="4F7F45"/>
          <w:sz w:val="25"/>
        </w:rPr>
        <w:t>A. Kritikfasen / fælles udfordringsbillede</w:t>
      </w:r>
    </w:p>
    <w:p w14:paraId="327CCA88" w14:textId="77777777" w:rsidR="009F5F92" w:rsidRDefault="00F36634">
      <w:pPr>
        <w:spacing w:after="80" w:line="259" w:lineRule="auto"/>
      </w:pPr>
      <w:r>
        <w:rPr>
          <w:color w:val="404040"/>
          <w:sz w:val="20"/>
        </w:rPr>
        <w:t>Denne fase kan primært ligge i plenum gennem de korte oplæg. Hvis der er behov, kan hver temagruppe bruge 5-10 minutter på at supplere billedet.</w:t>
      </w:r>
    </w:p>
    <w:p w14:paraId="7872821E" w14:textId="77777777" w:rsidR="009F5F92" w:rsidRDefault="00F36634">
      <w:pPr>
        <w:pStyle w:val="Opstilling-punkttegn"/>
        <w:spacing w:after="50"/>
        <w:ind w:left="312" w:hanging="142"/>
      </w:pPr>
      <w:r>
        <w:rPr>
          <w:color w:val="404040"/>
        </w:rPr>
        <w:t>Spørg: Hvad genkender vi? Hvad mangler i billedet?</w:t>
      </w:r>
    </w:p>
    <w:p w14:paraId="5BF6BA60" w14:textId="77777777" w:rsidR="009F5F92" w:rsidRDefault="00F36634">
      <w:pPr>
        <w:pStyle w:val="Opstilling-punkttegn"/>
        <w:spacing w:after="50"/>
        <w:ind w:left="312" w:hanging="142"/>
      </w:pPr>
      <w:r>
        <w:rPr>
          <w:color w:val="404040"/>
        </w:rPr>
        <w:t>Skriv udfordringer som neutrale forhold, fx "svært at komme til..." frem for kritik af bestemte personer eller organisationer.</w:t>
      </w:r>
    </w:p>
    <w:p w14:paraId="2358C9EC" w14:textId="77777777" w:rsidR="009F5F92" w:rsidRDefault="00F36634">
      <w:pPr>
        <w:pStyle w:val="Opstilling-punkttegn"/>
        <w:spacing w:after="50"/>
        <w:ind w:left="312" w:hanging="142"/>
      </w:pPr>
      <w:r>
        <w:rPr>
          <w:color w:val="404040"/>
        </w:rPr>
        <w:t>Undgå at gå direkte til løsninger. Notér dem eventuelt på en "parkeringsplads" til senere.</w:t>
      </w:r>
    </w:p>
    <w:p w14:paraId="20471C6E" w14:textId="77777777" w:rsidR="009F5F92" w:rsidRDefault="00F36634">
      <w:pPr>
        <w:keepNext/>
        <w:spacing w:before="140" w:after="60"/>
      </w:pPr>
      <w:r>
        <w:rPr>
          <w:rFonts w:ascii="Arial" w:hAnsi="Arial"/>
          <w:b/>
          <w:color w:val="4F7F45"/>
          <w:sz w:val="25"/>
        </w:rPr>
        <w:t>B. Utopifasen - drømme og idéer</w:t>
      </w:r>
    </w:p>
    <w:p w14:paraId="631A7C8E" w14:textId="77777777" w:rsidR="009F5F92" w:rsidRDefault="00F36634">
      <w:pPr>
        <w:spacing w:after="80" w:line="259" w:lineRule="auto"/>
      </w:pPr>
      <w:r>
        <w:rPr>
          <w:color w:val="404040"/>
          <w:sz w:val="20"/>
        </w:rPr>
        <w:t>Formålet er at skabe så mange mulige billeder af en ønsket fremtid som muligt. Deltagerne skal i denne fase ikke begrænse sig af økonomi, regler, bemanding eller det, der plejer at være svært.</w:t>
      </w:r>
    </w:p>
    <w:tbl>
      <w:tblPr>
        <w:tblW w:w="0" w:type="auto"/>
        <w:jc w:val="center"/>
        <w:tblLayout w:type="fixed"/>
        <w:tblLook w:val="04A0" w:firstRow="1" w:lastRow="0" w:firstColumn="1" w:lastColumn="0" w:noHBand="0" w:noVBand="1"/>
      </w:tblPr>
      <w:tblGrid>
        <w:gridCol w:w="1701"/>
        <w:gridCol w:w="4082"/>
        <w:gridCol w:w="3628"/>
      </w:tblGrid>
      <w:tr w:rsidR="009F5F92" w14:paraId="3B56DE3B" w14:textId="77777777">
        <w:trPr>
          <w:tblHeader/>
          <w:jc w:val="center"/>
        </w:trPr>
        <w:tc>
          <w:tcPr>
            <w:tcW w:w="1701"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A293033" w14:textId="77777777" w:rsidR="009F5F92" w:rsidRDefault="00F36634">
            <w:pPr>
              <w:spacing w:after="30" w:line="240" w:lineRule="auto"/>
            </w:pPr>
            <w:r>
              <w:rPr>
                <w:b/>
                <w:color w:val="404040"/>
                <w:sz w:val="17"/>
              </w:rPr>
              <w:t>Trin</w:t>
            </w:r>
          </w:p>
        </w:tc>
        <w:tc>
          <w:tcPr>
            <w:tcW w:w="4082"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692ADB7B" w14:textId="77777777" w:rsidR="009F5F92" w:rsidRDefault="00F36634">
            <w:pPr>
              <w:spacing w:after="30" w:line="240" w:lineRule="auto"/>
            </w:pPr>
            <w:r>
              <w:rPr>
                <w:b/>
                <w:color w:val="404040"/>
                <w:sz w:val="17"/>
              </w:rPr>
              <w:t>Instruktion</w:t>
            </w:r>
          </w:p>
        </w:tc>
        <w:tc>
          <w:tcPr>
            <w:tcW w:w="3628"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2C32FE69" w14:textId="77777777" w:rsidR="009F5F92" w:rsidRDefault="00F36634">
            <w:pPr>
              <w:spacing w:after="30" w:line="240" w:lineRule="auto"/>
            </w:pPr>
            <w:r>
              <w:rPr>
                <w:b/>
                <w:color w:val="404040"/>
                <w:sz w:val="17"/>
              </w:rPr>
              <w:t>Facilitatorens opgave</w:t>
            </w:r>
          </w:p>
        </w:tc>
      </w:tr>
      <w:tr w:rsidR="009F5F92" w14:paraId="69198880"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E986058" w14:textId="77777777" w:rsidR="009F5F92" w:rsidRDefault="00F36634">
            <w:pPr>
              <w:spacing w:after="30" w:line="240" w:lineRule="auto"/>
            </w:pPr>
            <w:r>
              <w:rPr>
                <w:color w:val="404040"/>
                <w:sz w:val="17"/>
              </w:rPr>
              <w:t>1. Individuelt</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6B4BA75" w14:textId="77777777" w:rsidR="009F5F92" w:rsidRDefault="00F36634">
            <w:pPr>
              <w:spacing w:after="30" w:line="240" w:lineRule="auto"/>
            </w:pPr>
            <w:r>
              <w:rPr>
                <w:color w:val="404040"/>
                <w:sz w:val="17"/>
              </w:rPr>
              <w:t>5 minutter i stilhed. Hver deltager skriver idéer på post-it-sedler - én idé pr. seddel.</w:t>
            </w:r>
          </w:p>
        </w:tc>
        <w:tc>
          <w:tcPr>
            <w:tcW w:w="362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E61CD9A" w14:textId="77777777" w:rsidR="009F5F92" w:rsidRDefault="00F36634">
            <w:pPr>
              <w:spacing w:after="30" w:line="240" w:lineRule="auto"/>
            </w:pPr>
            <w:r>
              <w:rPr>
                <w:color w:val="404040"/>
                <w:sz w:val="17"/>
              </w:rPr>
              <w:t>Skab ro. Mind om at både store og små idéer er velkomne.</w:t>
            </w:r>
          </w:p>
        </w:tc>
      </w:tr>
      <w:tr w:rsidR="009F5F92" w14:paraId="62C6ABD7"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396847F" w14:textId="77777777" w:rsidR="009F5F92" w:rsidRDefault="00F36634">
            <w:pPr>
              <w:spacing w:after="30" w:line="240" w:lineRule="auto"/>
            </w:pPr>
            <w:r>
              <w:rPr>
                <w:color w:val="404040"/>
                <w:sz w:val="17"/>
              </w:rPr>
              <w:t>2. Runde</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065C87E" w14:textId="77777777" w:rsidR="009F5F92" w:rsidRDefault="00F36634">
            <w:pPr>
              <w:spacing w:after="30" w:line="240" w:lineRule="auto"/>
            </w:pPr>
            <w:r>
              <w:rPr>
                <w:color w:val="404040"/>
                <w:sz w:val="17"/>
              </w:rPr>
              <w:t>Deltagerne læser én idé op ad gangen. Sedlen sættes på bordets A3-ark/væg. Ingen diskussion.</w:t>
            </w:r>
          </w:p>
        </w:tc>
        <w:tc>
          <w:tcPr>
            <w:tcW w:w="362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BC940C6" w14:textId="77777777" w:rsidR="009F5F92" w:rsidRDefault="00F36634">
            <w:pPr>
              <w:spacing w:after="30" w:line="240" w:lineRule="auto"/>
            </w:pPr>
            <w:r>
              <w:rPr>
                <w:color w:val="404040"/>
                <w:sz w:val="17"/>
              </w:rPr>
              <w:t>Sørg for at alle kommer til orde, og at tempoet holdes.</w:t>
            </w:r>
          </w:p>
        </w:tc>
      </w:tr>
      <w:tr w:rsidR="009F5F92" w14:paraId="5BEDD1CD"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ABB54FB" w14:textId="77777777" w:rsidR="009F5F92" w:rsidRDefault="00F36634">
            <w:pPr>
              <w:spacing w:after="30" w:line="240" w:lineRule="auto"/>
            </w:pPr>
            <w:r>
              <w:rPr>
                <w:color w:val="404040"/>
                <w:sz w:val="17"/>
              </w:rPr>
              <w:t>3. Flere runder</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FB82760" w14:textId="77777777" w:rsidR="009F5F92" w:rsidRDefault="00F36634">
            <w:pPr>
              <w:spacing w:after="30" w:line="240" w:lineRule="auto"/>
            </w:pPr>
            <w:r>
              <w:rPr>
                <w:color w:val="404040"/>
                <w:sz w:val="17"/>
              </w:rPr>
              <w:t>Fortsæt, til idéerne er tømt ud. Nye idéer må gerne opstå undervejs.</w:t>
            </w:r>
          </w:p>
        </w:tc>
        <w:tc>
          <w:tcPr>
            <w:tcW w:w="362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6CB9A5D" w14:textId="77777777" w:rsidR="009F5F92" w:rsidRDefault="00F36634">
            <w:pPr>
              <w:spacing w:after="30" w:line="240" w:lineRule="auto"/>
            </w:pPr>
            <w:r>
              <w:rPr>
                <w:color w:val="404040"/>
                <w:sz w:val="17"/>
              </w:rPr>
              <w:t>Stil åbne spørgsmål, men undgå vurdering af realisme.</w:t>
            </w:r>
          </w:p>
        </w:tc>
      </w:tr>
      <w:tr w:rsidR="009F5F92" w14:paraId="41E0E18C"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D969484" w14:textId="77777777" w:rsidR="009F5F92" w:rsidRDefault="00F36634">
            <w:pPr>
              <w:spacing w:after="30" w:line="240" w:lineRule="auto"/>
            </w:pPr>
            <w:r>
              <w:rPr>
                <w:color w:val="404040"/>
                <w:sz w:val="17"/>
              </w:rPr>
              <w:t>4. Klyngning</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4CC6D23" w14:textId="77777777" w:rsidR="009F5F92" w:rsidRDefault="00F36634">
            <w:pPr>
              <w:spacing w:after="30" w:line="240" w:lineRule="auto"/>
            </w:pPr>
            <w:r>
              <w:rPr>
                <w:color w:val="404040"/>
                <w:sz w:val="17"/>
              </w:rPr>
              <w:t>Gruppen samler beslægtede idéer og giver evt. klynger en fælles overskrift.</w:t>
            </w:r>
          </w:p>
        </w:tc>
        <w:tc>
          <w:tcPr>
            <w:tcW w:w="362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183A1BE" w14:textId="77777777" w:rsidR="009F5F92" w:rsidRDefault="00F36634">
            <w:pPr>
              <w:spacing w:after="30" w:line="240" w:lineRule="auto"/>
            </w:pPr>
            <w:r>
              <w:rPr>
                <w:color w:val="404040"/>
                <w:sz w:val="17"/>
              </w:rPr>
              <w:t>Hjælp med at tydeliggøre uden at ændre deltagernes mening.</w:t>
            </w:r>
          </w:p>
        </w:tc>
      </w:tr>
      <w:tr w:rsidR="009F5F92" w14:paraId="1AE95814" w14:textId="77777777">
        <w:trPr>
          <w:jc w:val="center"/>
        </w:trPr>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B39846F" w14:textId="77777777" w:rsidR="009F5F92" w:rsidRDefault="00F36634">
            <w:pPr>
              <w:spacing w:after="30" w:line="240" w:lineRule="auto"/>
            </w:pPr>
            <w:r>
              <w:rPr>
                <w:color w:val="404040"/>
                <w:sz w:val="17"/>
              </w:rPr>
              <w:t>5. Udvælgelse</w:t>
            </w:r>
          </w:p>
        </w:tc>
        <w:tc>
          <w:tcPr>
            <w:tcW w:w="4082"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89A8898" w14:textId="77777777" w:rsidR="009F5F92" w:rsidRDefault="00F36634">
            <w:pPr>
              <w:spacing w:after="30" w:line="240" w:lineRule="auto"/>
            </w:pPr>
            <w:r>
              <w:rPr>
                <w:color w:val="404040"/>
                <w:sz w:val="17"/>
              </w:rPr>
              <w:t>Gruppen vælger 2-3 idéer, som den har mest lyst til at arbejde videre med.</w:t>
            </w:r>
          </w:p>
        </w:tc>
        <w:tc>
          <w:tcPr>
            <w:tcW w:w="362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B76E2D7" w14:textId="77777777" w:rsidR="009F5F92" w:rsidRDefault="00F36634">
            <w:pPr>
              <w:spacing w:after="30" w:line="240" w:lineRule="auto"/>
            </w:pPr>
            <w:r>
              <w:rPr>
                <w:color w:val="404040"/>
                <w:sz w:val="17"/>
              </w:rPr>
              <w:t>Brug fx prikafstemning eller fælles prioritering. Sørg for tydelig begrundelse.</w:t>
            </w:r>
          </w:p>
        </w:tc>
      </w:tr>
    </w:tbl>
    <w:p w14:paraId="04E4C86B" w14:textId="77777777" w:rsidR="009F5F92" w:rsidRDefault="00F36634">
      <w:pPr>
        <w:keepNext/>
        <w:spacing w:before="140" w:after="60"/>
      </w:pPr>
      <w:r>
        <w:rPr>
          <w:rFonts w:ascii="Arial" w:hAnsi="Arial"/>
          <w:b/>
          <w:color w:val="4F7F45"/>
          <w:sz w:val="25"/>
        </w:rPr>
        <w:t>C. Realiseringsfasen - fra drøm til handling</w:t>
      </w:r>
    </w:p>
    <w:p w14:paraId="57E9597B" w14:textId="77777777" w:rsidR="009F5F92" w:rsidRDefault="00F36634">
      <w:pPr>
        <w:spacing w:after="80" w:line="259" w:lineRule="auto"/>
      </w:pPr>
      <w:r>
        <w:rPr>
          <w:color w:val="404040"/>
          <w:sz w:val="20"/>
        </w:rPr>
        <w:t>Tag de udvalgte idéer én ad gangen. Gruppen undersøger, hvad der skal til for at bringe idéen tættere på virkeligheden. Hvis en idé viser sig at have en helt uoverstigelig barriere, kan gruppen vælge en anden idé fra utopifasen.</w:t>
      </w:r>
    </w:p>
    <w:p w14:paraId="2E1AAEC2" w14:textId="77777777" w:rsidR="009F5F92" w:rsidRDefault="00F36634">
      <w:pPr>
        <w:pStyle w:val="Opstilling-punkttegn"/>
        <w:spacing w:after="50"/>
        <w:ind w:left="312" w:hanging="142"/>
      </w:pPr>
      <w:r>
        <w:rPr>
          <w:color w:val="404040"/>
        </w:rPr>
        <w:t>Hvad er idéen helt kort?</w:t>
      </w:r>
    </w:p>
    <w:p w14:paraId="50AF119B" w14:textId="77777777" w:rsidR="009F5F92" w:rsidRDefault="00F36634">
      <w:pPr>
        <w:pStyle w:val="Opstilling-punkttegn"/>
        <w:spacing w:after="50"/>
        <w:ind w:left="312" w:hanging="142"/>
      </w:pPr>
      <w:r>
        <w:rPr>
          <w:color w:val="404040"/>
        </w:rPr>
        <w:t>Hvilken forskel skal den skabe?</w:t>
      </w:r>
    </w:p>
    <w:p w14:paraId="67434BEF" w14:textId="77777777" w:rsidR="009F5F92" w:rsidRDefault="00F36634">
      <w:pPr>
        <w:pStyle w:val="Opstilling-punkttegn"/>
        <w:spacing w:after="50"/>
        <w:ind w:left="312" w:hanging="142"/>
      </w:pPr>
      <w:r>
        <w:rPr>
          <w:color w:val="404040"/>
        </w:rPr>
        <w:t>Hvad kan være et første lille, konkret skridt?</w:t>
      </w:r>
    </w:p>
    <w:p w14:paraId="1BC50DDB" w14:textId="77777777" w:rsidR="009F5F92" w:rsidRDefault="00F36634">
      <w:pPr>
        <w:pStyle w:val="Opstilling-punkttegn"/>
        <w:spacing w:after="50"/>
        <w:ind w:left="312" w:hanging="142"/>
      </w:pPr>
      <w:r>
        <w:rPr>
          <w:color w:val="404040"/>
        </w:rPr>
        <w:t>Hvilke lokale ressourcer, steder, netværk eller kompetencer kan bruges?</w:t>
      </w:r>
    </w:p>
    <w:p w14:paraId="71B151F6" w14:textId="77777777" w:rsidR="009F5F92" w:rsidRDefault="00F36634">
      <w:pPr>
        <w:pStyle w:val="Opstilling-punkttegn"/>
        <w:spacing w:after="50"/>
        <w:ind w:left="312" w:hanging="142"/>
      </w:pPr>
      <w:r>
        <w:rPr>
          <w:color w:val="404040"/>
        </w:rPr>
        <w:t>Hvem uden for gruppen kan være relevant at samarbejde med?</w:t>
      </w:r>
    </w:p>
    <w:p w14:paraId="3AA24E8B" w14:textId="77777777" w:rsidR="009F5F92" w:rsidRDefault="00F36634">
      <w:pPr>
        <w:pStyle w:val="Opstilling-punkttegn"/>
        <w:spacing w:after="50"/>
        <w:ind w:left="312" w:hanging="142"/>
      </w:pPr>
      <w:r>
        <w:rPr>
          <w:color w:val="404040"/>
        </w:rPr>
        <w:t>Hvilke barrierer kan opstå, og hvordan kan de undersøges eller håndteres?</w:t>
      </w:r>
    </w:p>
    <w:p w14:paraId="7FABEDDA" w14:textId="77777777" w:rsidR="009F5F92" w:rsidRDefault="00F36634">
      <w:pPr>
        <w:pStyle w:val="Opstilling-punkttegn"/>
        <w:spacing w:after="50"/>
        <w:ind w:left="312" w:hanging="142"/>
      </w:pPr>
      <w:r>
        <w:rPr>
          <w:color w:val="404040"/>
        </w:rPr>
        <w:t>Hvem i gruppen vil gerne være med til at arbejde videre - og hvordan kan de kontaktes?</w:t>
      </w:r>
    </w:p>
    <w:p w14:paraId="01D0CFB7" w14:textId="77777777" w:rsidR="009F5F92" w:rsidRDefault="00F36634">
      <w:r>
        <w:br w:type="page"/>
      </w:r>
    </w:p>
    <w:p w14:paraId="42BD5B59" w14:textId="77777777" w:rsidR="009F5F92" w:rsidRDefault="00F36634">
      <w:pPr>
        <w:keepNext/>
        <w:spacing w:before="180" w:after="100"/>
      </w:pPr>
      <w:r>
        <w:rPr>
          <w:rFonts w:ascii="Arial" w:hAnsi="Arial"/>
          <w:b/>
          <w:color w:val="4F7F45"/>
          <w:sz w:val="33"/>
        </w:rPr>
        <w:lastRenderedPageBreak/>
        <w:t>6. Opsamling i plenum</w:t>
      </w:r>
    </w:p>
    <w:p w14:paraId="75664431" w14:textId="77777777" w:rsidR="009F5F92" w:rsidRDefault="00F36634">
      <w:pPr>
        <w:spacing w:after="80" w:line="259" w:lineRule="auto"/>
      </w:pPr>
      <w:r>
        <w:rPr>
          <w:color w:val="404040"/>
          <w:sz w:val="20"/>
        </w:rPr>
        <w:t>Plenumsopsamlingen skal skabe fælles overblik og tydeliggøre, hvad der sker efter dagen. Den bør være kort og handleorienteret.</w:t>
      </w:r>
    </w:p>
    <w:p w14:paraId="6F52FAFE" w14:textId="77777777" w:rsidR="009F5F92" w:rsidRDefault="00F36634">
      <w:pPr>
        <w:keepNext/>
        <w:spacing w:before="140" w:after="60"/>
      </w:pPr>
      <w:r>
        <w:rPr>
          <w:rFonts w:ascii="Arial" w:hAnsi="Arial"/>
          <w:b/>
          <w:color w:val="4F7F45"/>
          <w:sz w:val="25"/>
        </w:rPr>
        <w:t>Hver gruppe får 3-4 minutter</w:t>
      </w:r>
    </w:p>
    <w:p w14:paraId="5D73D164" w14:textId="77777777" w:rsidR="009F5F92" w:rsidRDefault="00F36634">
      <w:pPr>
        <w:pStyle w:val="Opstilling-punkttegn"/>
        <w:spacing w:after="50"/>
        <w:ind w:left="312" w:hanging="142"/>
      </w:pPr>
      <w:r>
        <w:rPr>
          <w:color w:val="404040"/>
        </w:rPr>
        <w:t>Hvilket tema arbejdede vi med?</w:t>
      </w:r>
    </w:p>
    <w:p w14:paraId="3F34D18E" w14:textId="77777777" w:rsidR="009F5F92" w:rsidRDefault="00F36634">
      <w:pPr>
        <w:pStyle w:val="Opstilling-punkttegn"/>
        <w:spacing w:after="50"/>
        <w:ind w:left="312" w:hanging="142"/>
      </w:pPr>
      <w:r>
        <w:rPr>
          <w:color w:val="404040"/>
        </w:rPr>
        <w:t>Hvilke 2-3 forslag prioriterer vi?</w:t>
      </w:r>
    </w:p>
    <w:p w14:paraId="68580176" w14:textId="77777777" w:rsidR="009F5F92" w:rsidRDefault="00F36634">
      <w:pPr>
        <w:pStyle w:val="Opstilling-punkttegn"/>
        <w:spacing w:after="50"/>
        <w:ind w:left="312" w:hanging="142"/>
      </w:pPr>
      <w:r>
        <w:rPr>
          <w:color w:val="404040"/>
        </w:rPr>
        <w:t>Hvilket første skridt ser vi?</w:t>
      </w:r>
    </w:p>
    <w:p w14:paraId="133CF3A5" w14:textId="77777777" w:rsidR="009F5F92" w:rsidRDefault="00F36634">
      <w:pPr>
        <w:pStyle w:val="Opstilling-punkttegn"/>
        <w:spacing w:after="50"/>
        <w:ind w:left="312" w:hanging="142"/>
      </w:pPr>
      <w:r>
        <w:rPr>
          <w:color w:val="404040"/>
        </w:rPr>
        <w:t>Er der allerede personer, som vil arbejde videre med idéen?</w:t>
      </w:r>
    </w:p>
    <w:p w14:paraId="245BCA60" w14:textId="77777777" w:rsidR="009F5F92" w:rsidRDefault="00F36634">
      <w:pPr>
        <w:pStyle w:val="Opstilling-punkttegn"/>
        <w:spacing w:after="50"/>
        <w:ind w:left="312" w:hanging="142"/>
      </w:pPr>
      <w:r>
        <w:rPr>
          <w:color w:val="404040"/>
        </w:rPr>
        <w:t>Er der noget, vi har brug for hjælp, viden eller kontakt til?</w:t>
      </w:r>
    </w:p>
    <w:p w14:paraId="706F78A6" w14:textId="77777777" w:rsidR="009F5F92" w:rsidRDefault="00F36634">
      <w:pPr>
        <w:keepNext/>
        <w:spacing w:before="140" w:after="60"/>
      </w:pPr>
      <w:r>
        <w:rPr>
          <w:rFonts w:ascii="Arial" w:hAnsi="Arial"/>
          <w:b/>
          <w:color w:val="4F7F45"/>
          <w:sz w:val="25"/>
        </w:rPr>
        <w:t>Til sidst fortæller procesansvarlig</w:t>
      </w:r>
    </w:p>
    <w:p w14:paraId="7F7465D9" w14:textId="77777777" w:rsidR="009F5F92" w:rsidRDefault="00F36634">
      <w:pPr>
        <w:pStyle w:val="Opstilling-punkttegn"/>
        <w:spacing w:after="50"/>
        <w:ind w:left="312" w:hanging="142"/>
      </w:pPr>
      <w:r>
        <w:rPr>
          <w:color w:val="404040"/>
        </w:rPr>
        <w:t>Hvordan alle materialer fra dagen bliver samlet og dokumenteret.</w:t>
      </w:r>
    </w:p>
    <w:p w14:paraId="2F742540" w14:textId="77777777" w:rsidR="009F5F92" w:rsidRDefault="00F36634">
      <w:pPr>
        <w:pStyle w:val="Opstilling-punkttegn"/>
        <w:spacing w:after="50"/>
        <w:ind w:left="312" w:hanging="142"/>
      </w:pPr>
      <w:r>
        <w:rPr>
          <w:color w:val="404040"/>
        </w:rPr>
        <w:t>Hvordan forslagene bliver indarbejdet i udviklingsplanen eller det videre lokale arbejde.</w:t>
      </w:r>
    </w:p>
    <w:p w14:paraId="15C5E5FD" w14:textId="77777777" w:rsidR="009F5F92" w:rsidRDefault="00F36634">
      <w:pPr>
        <w:pStyle w:val="Opstilling-punkttegn"/>
        <w:spacing w:after="50"/>
        <w:ind w:left="312" w:hanging="142"/>
      </w:pPr>
      <w:r>
        <w:rPr>
          <w:color w:val="404040"/>
        </w:rPr>
        <w:t>Hvornår deltagerne kan forvente en opsamling.</w:t>
      </w:r>
    </w:p>
    <w:p w14:paraId="6414D74D" w14:textId="77777777" w:rsidR="009F5F92" w:rsidRDefault="00F36634">
      <w:pPr>
        <w:pStyle w:val="Opstilling-punkttegn"/>
        <w:spacing w:after="50"/>
        <w:ind w:left="312" w:hanging="142"/>
      </w:pPr>
      <w:r>
        <w:rPr>
          <w:color w:val="404040"/>
        </w:rPr>
        <w:t>Hvordan initiativgrupper kontaktes, og hvornår der følges op.</w:t>
      </w:r>
    </w:p>
    <w:p w14:paraId="0E948E40" w14:textId="77777777" w:rsidR="009F5F92" w:rsidRDefault="00F36634">
      <w:pPr>
        <w:pStyle w:val="Opstilling-punkttegn"/>
        <w:spacing w:after="50"/>
        <w:ind w:left="312" w:hanging="142"/>
      </w:pPr>
      <w:r>
        <w:rPr>
          <w:color w:val="404040"/>
        </w:rPr>
        <w:t>Hvor information om den videre proces bliver tilgængelig.</w:t>
      </w:r>
    </w:p>
    <w:p w14:paraId="7421E897" w14:textId="77777777" w:rsidR="009F5F92" w:rsidRDefault="00F36634">
      <w:pPr>
        <w:keepNext/>
        <w:spacing w:before="180" w:after="100"/>
      </w:pPr>
      <w:r>
        <w:rPr>
          <w:rFonts w:ascii="Arial" w:hAnsi="Arial"/>
          <w:b/>
          <w:color w:val="4F7F45"/>
          <w:sz w:val="33"/>
        </w:rPr>
        <w:t>7. Roller på dagen</w:t>
      </w:r>
    </w:p>
    <w:tbl>
      <w:tblPr>
        <w:tblW w:w="0" w:type="auto"/>
        <w:jc w:val="center"/>
        <w:tblLayout w:type="fixed"/>
        <w:tblLook w:val="04A0" w:firstRow="1" w:lastRow="0" w:firstColumn="1" w:lastColumn="0" w:noHBand="0" w:noVBand="1"/>
      </w:tblPr>
      <w:tblGrid>
        <w:gridCol w:w="2154"/>
        <w:gridCol w:w="5556"/>
        <w:gridCol w:w="1701"/>
      </w:tblGrid>
      <w:tr w:rsidR="009F5F92" w14:paraId="1BE65C30" w14:textId="77777777">
        <w:trPr>
          <w:tblHeader/>
          <w:jc w:val="center"/>
        </w:trPr>
        <w:tc>
          <w:tcPr>
            <w:tcW w:w="2154"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53E4E3A9" w14:textId="77777777" w:rsidR="009F5F92" w:rsidRDefault="00F36634">
            <w:pPr>
              <w:spacing w:after="30" w:line="240" w:lineRule="auto"/>
            </w:pPr>
            <w:r>
              <w:rPr>
                <w:b/>
                <w:color w:val="404040"/>
                <w:sz w:val="17"/>
              </w:rPr>
              <w:t>Rolle</w:t>
            </w:r>
          </w:p>
        </w:tc>
        <w:tc>
          <w:tcPr>
            <w:tcW w:w="5556"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EFEBF83" w14:textId="77777777" w:rsidR="009F5F92" w:rsidRDefault="00F36634">
            <w:pPr>
              <w:spacing w:after="30" w:line="240" w:lineRule="auto"/>
            </w:pPr>
            <w:r>
              <w:rPr>
                <w:b/>
                <w:color w:val="404040"/>
                <w:sz w:val="17"/>
              </w:rPr>
              <w:t>Ansvar</w:t>
            </w:r>
          </w:p>
        </w:tc>
        <w:tc>
          <w:tcPr>
            <w:tcW w:w="1701"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5E05B465" w14:textId="77777777" w:rsidR="009F5F92" w:rsidRDefault="00F36634">
            <w:pPr>
              <w:spacing w:after="30" w:line="240" w:lineRule="auto"/>
            </w:pPr>
            <w:r>
              <w:rPr>
                <w:b/>
                <w:color w:val="404040"/>
                <w:sz w:val="17"/>
              </w:rPr>
              <w:t>Navn</w:t>
            </w:r>
          </w:p>
        </w:tc>
      </w:tr>
      <w:tr w:rsidR="009F5F92" w14:paraId="2CD1EA33" w14:textId="77777777">
        <w:trPr>
          <w:jc w:val="center"/>
        </w:trPr>
        <w:tc>
          <w:tcPr>
            <w:tcW w:w="215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F6B5A94" w14:textId="77777777" w:rsidR="009F5F92" w:rsidRDefault="00F36634">
            <w:pPr>
              <w:spacing w:after="30" w:line="240" w:lineRule="auto"/>
            </w:pPr>
            <w:r>
              <w:rPr>
                <w:color w:val="404040"/>
                <w:sz w:val="17"/>
              </w:rPr>
              <w:t>Procesansvarlig</w:t>
            </w:r>
          </w:p>
        </w:tc>
        <w:tc>
          <w:tcPr>
            <w:tcW w:w="5556"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47EC200" w14:textId="77777777" w:rsidR="009F5F92" w:rsidRDefault="00F36634">
            <w:pPr>
              <w:spacing w:after="30" w:line="240" w:lineRule="auto"/>
            </w:pPr>
            <w:r>
              <w:rPr>
                <w:color w:val="404040"/>
                <w:sz w:val="17"/>
              </w:rPr>
              <w:t>Byder velkommen, kobler værkstedet til den samlede proces og forklarer opfølgningen.</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DE53293" w14:textId="77777777" w:rsidR="009F5F92" w:rsidRDefault="00F36634">
            <w:pPr>
              <w:spacing w:after="30" w:line="240" w:lineRule="auto"/>
            </w:pPr>
            <w:r>
              <w:rPr>
                <w:color w:val="404040"/>
                <w:sz w:val="17"/>
              </w:rPr>
              <w:t>[NAVN]</w:t>
            </w:r>
          </w:p>
        </w:tc>
      </w:tr>
      <w:tr w:rsidR="009F5F92" w14:paraId="26026C97" w14:textId="77777777">
        <w:trPr>
          <w:jc w:val="center"/>
        </w:trPr>
        <w:tc>
          <w:tcPr>
            <w:tcW w:w="215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C12743B" w14:textId="77777777" w:rsidR="009F5F92" w:rsidRDefault="00F36634">
            <w:pPr>
              <w:spacing w:after="30" w:line="240" w:lineRule="auto"/>
            </w:pPr>
            <w:r>
              <w:rPr>
                <w:color w:val="404040"/>
                <w:sz w:val="17"/>
              </w:rPr>
              <w:t>Hovedfacilitator</w:t>
            </w:r>
          </w:p>
        </w:tc>
        <w:tc>
          <w:tcPr>
            <w:tcW w:w="5556"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B01BCC6" w14:textId="77777777" w:rsidR="009F5F92" w:rsidRDefault="00F36634">
            <w:pPr>
              <w:spacing w:after="30" w:line="240" w:lineRule="auto"/>
            </w:pPr>
            <w:r>
              <w:rPr>
                <w:color w:val="404040"/>
                <w:sz w:val="17"/>
              </w:rPr>
              <w:t>Holder tiden, rammesætter faserne, fordeler grupper og leder plenum.</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CB3BA64" w14:textId="77777777" w:rsidR="009F5F92" w:rsidRDefault="00F36634">
            <w:pPr>
              <w:spacing w:after="30" w:line="240" w:lineRule="auto"/>
            </w:pPr>
            <w:r>
              <w:rPr>
                <w:color w:val="404040"/>
                <w:sz w:val="17"/>
              </w:rPr>
              <w:t>[NAVN]</w:t>
            </w:r>
          </w:p>
        </w:tc>
      </w:tr>
      <w:tr w:rsidR="009F5F92" w14:paraId="4A2649A6" w14:textId="77777777">
        <w:trPr>
          <w:jc w:val="center"/>
        </w:trPr>
        <w:tc>
          <w:tcPr>
            <w:tcW w:w="215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60CA3AA" w14:textId="77777777" w:rsidR="009F5F92" w:rsidRDefault="00F36634">
            <w:pPr>
              <w:spacing w:after="30" w:line="240" w:lineRule="auto"/>
            </w:pPr>
            <w:r>
              <w:rPr>
                <w:color w:val="404040"/>
                <w:sz w:val="17"/>
              </w:rPr>
              <w:t>Temavært</w:t>
            </w:r>
          </w:p>
        </w:tc>
        <w:tc>
          <w:tcPr>
            <w:tcW w:w="5556"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DEF7D2F" w14:textId="77777777" w:rsidR="009F5F92" w:rsidRDefault="00F36634">
            <w:pPr>
              <w:spacing w:after="30" w:line="240" w:lineRule="auto"/>
            </w:pPr>
            <w:r>
              <w:rPr>
                <w:color w:val="404040"/>
                <w:sz w:val="17"/>
              </w:rPr>
              <w:t>Holder kort temaoplæg, faciliterer bordet og sikrer dokumentation.</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7A25868" w14:textId="77777777" w:rsidR="009F5F92" w:rsidRDefault="00F36634">
            <w:pPr>
              <w:spacing w:after="30" w:line="240" w:lineRule="auto"/>
            </w:pPr>
            <w:r>
              <w:rPr>
                <w:color w:val="404040"/>
                <w:sz w:val="17"/>
              </w:rPr>
              <w:t>[NAVN]</w:t>
            </w:r>
          </w:p>
        </w:tc>
      </w:tr>
      <w:tr w:rsidR="009F5F92" w14:paraId="6D6F5CE8" w14:textId="77777777">
        <w:trPr>
          <w:jc w:val="center"/>
        </w:trPr>
        <w:tc>
          <w:tcPr>
            <w:tcW w:w="215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9E4442A" w14:textId="77777777" w:rsidR="009F5F92" w:rsidRDefault="00F36634">
            <w:pPr>
              <w:spacing w:after="30" w:line="240" w:lineRule="auto"/>
            </w:pPr>
            <w:r>
              <w:rPr>
                <w:color w:val="404040"/>
                <w:sz w:val="17"/>
              </w:rPr>
              <w:t>Praktisk vært</w:t>
            </w:r>
          </w:p>
        </w:tc>
        <w:tc>
          <w:tcPr>
            <w:tcW w:w="5556"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517D774" w14:textId="77777777" w:rsidR="009F5F92" w:rsidRDefault="00F36634">
            <w:pPr>
              <w:spacing w:after="30" w:line="240" w:lineRule="auto"/>
            </w:pPr>
            <w:r>
              <w:rPr>
                <w:color w:val="404040"/>
                <w:sz w:val="17"/>
              </w:rPr>
              <w:t>Tjek-ind, kaffe/vand, teknik, materialer, mad og praktiske spørgsmål.</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EB12898" w14:textId="77777777" w:rsidR="009F5F92" w:rsidRDefault="00F36634">
            <w:pPr>
              <w:spacing w:after="30" w:line="240" w:lineRule="auto"/>
            </w:pPr>
            <w:r>
              <w:rPr>
                <w:color w:val="404040"/>
                <w:sz w:val="17"/>
              </w:rPr>
              <w:t>[NAVN]</w:t>
            </w:r>
          </w:p>
        </w:tc>
      </w:tr>
      <w:tr w:rsidR="009F5F92" w14:paraId="1F52C262" w14:textId="77777777">
        <w:trPr>
          <w:jc w:val="center"/>
        </w:trPr>
        <w:tc>
          <w:tcPr>
            <w:tcW w:w="215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44C1CB3" w14:textId="77777777" w:rsidR="009F5F92" w:rsidRDefault="00F36634">
            <w:pPr>
              <w:spacing w:after="30" w:line="240" w:lineRule="auto"/>
            </w:pPr>
            <w:r>
              <w:rPr>
                <w:color w:val="404040"/>
                <w:sz w:val="17"/>
              </w:rPr>
              <w:t>Dokumentationsansvarlig</w:t>
            </w:r>
          </w:p>
        </w:tc>
        <w:tc>
          <w:tcPr>
            <w:tcW w:w="5556"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6F5F8EF" w14:textId="77777777" w:rsidR="009F5F92" w:rsidRDefault="00F36634">
            <w:pPr>
              <w:spacing w:after="30" w:line="240" w:lineRule="auto"/>
            </w:pPr>
            <w:r>
              <w:rPr>
                <w:color w:val="404040"/>
                <w:sz w:val="17"/>
              </w:rPr>
              <w:t>Fotograferer/scanner output og samler digitale/fysiske materialer.</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55BD6F8" w14:textId="77777777" w:rsidR="009F5F92" w:rsidRDefault="00F36634">
            <w:pPr>
              <w:spacing w:after="30" w:line="240" w:lineRule="auto"/>
            </w:pPr>
            <w:r>
              <w:rPr>
                <w:color w:val="404040"/>
                <w:sz w:val="17"/>
              </w:rPr>
              <w:t>[NAVN]</w:t>
            </w:r>
          </w:p>
        </w:tc>
      </w:tr>
      <w:tr w:rsidR="009F5F92" w14:paraId="4410D82F" w14:textId="77777777">
        <w:trPr>
          <w:jc w:val="center"/>
        </w:trPr>
        <w:tc>
          <w:tcPr>
            <w:tcW w:w="215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4F7FEB8" w14:textId="77777777" w:rsidR="009F5F92" w:rsidRDefault="00F36634">
            <w:pPr>
              <w:spacing w:after="30" w:line="240" w:lineRule="auto"/>
            </w:pPr>
            <w:r>
              <w:rPr>
                <w:color w:val="404040"/>
                <w:sz w:val="17"/>
              </w:rPr>
              <w:t>Kommunal/faglig deltager</w:t>
            </w:r>
          </w:p>
        </w:tc>
        <w:tc>
          <w:tcPr>
            <w:tcW w:w="5556"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8F3BFDE" w14:textId="77777777" w:rsidR="009F5F92" w:rsidRDefault="00F36634">
            <w:pPr>
              <w:spacing w:after="30" w:line="240" w:lineRule="auto"/>
            </w:pPr>
            <w:r>
              <w:rPr>
                <w:color w:val="404040"/>
                <w:sz w:val="17"/>
              </w:rPr>
              <w:t>Bidrager med viden på invitation og som ressource - uden at overtage borgernes proces.</w:t>
            </w:r>
          </w:p>
        </w:tc>
        <w:tc>
          <w:tcPr>
            <w:tcW w:w="170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A149E7C" w14:textId="77777777" w:rsidR="009F5F92" w:rsidRDefault="00F36634">
            <w:pPr>
              <w:spacing w:after="30" w:line="240" w:lineRule="auto"/>
            </w:pPr>
            <w:r>
              <w:rPr>
                <w:color w:val="404040"/>
                <w:sz w:val="17"/>
              </w:rPr>
              <w:t>[NAVN / FUNKTION]</w:t>
            </w:r>
          </w:p>
        </w:tc>
      </w:tr>
    </w:tbl>
    <w:p w14:paraId="55425472" w14:textId="77777777" w:rsidR="009F5F92" w:rsidRDefault="00F36634">
      <w:r>
        <w:br w:type="page"/>
      </w:r>
    </w:p>
    <w:p w14:paraId="6CAE7D4B" w14:textId="77777777" w:rsidR="009F5F92" w:rsidRDefault="00F36634">
      <w:pPr>
        <w:keepNext/>
        <w:spacing w:before="180" w:after="100"/>
      </w:pPr>
      <w:r>
        <w:rPr>
          <w:rFonts w:ascii="Arial" w:hAnsi="Arial"/>
          <w:b/>
          <w:color w:val="4F7F45"/>
          <w:sz w:val="33"/>
        </w:rPr>
        <w:lastRenderedPageBreak/>
        <w:t>8. Lokale, bordopstilling og materialer</w:t>
      </w:r>
    </w:p>
    <w:p w14:paraId="7D0984F4" w14:textId="77777777" w:rsidR="009F5F92" w:rsidRDefault="00F36634">
      <w:pPr>
        <w:keepNext/>
        <w:spacing w:before="140" w:after="60"/>
      </w:pPr>
      <w:r>
        <w:rPr>
          <w:rFonts w:ascii="Arial" w:hAnsi="Arial"/>
          <w:b/>
          <w:color w:val="4F7F45"/>
          <w:sz w:val="25"/>
        </w:rPr>
        <w:t>Forslag til rumopstilling</w:t>
      </w:r>
    </w:p>
    <w:p w14:paraId="713E7541" w14:textId="77777777" w:rsidR="009F5F92" w:rsidRDefault="00F36634">
      <w:pPr>
        <w:spacing w:after="80" w:line="259" w:lineRule="auto"/>
      </w:pPr>
      <w:r>
        <w:rPr>
          <w:color w:val="404040"/>
          <w:sz w:val="20"/>
        </w:rPr>
        <w:t>Indret lokalet, så det er nemt at skifte mellem plenum og temagrupper. Deltagerne må gerne kunne se temaerne allerede ved ankomst.</w:t>
      </w:r>
    </w:p>
    <w:tbl>
      <w:tblPr>
        <w:tblW w:w="0" w:type="auto"/>
        <w:jc w:val="center"/>
        <w:tblLook w:val="04A0" w:firstRow="1" w:lastRow="0" w:firstColumn="1" w:lastColumn="0" w:noHBand="0" w:noVBand="1"/>
      </w:tblPr>
      <w:tblGrid>
        <w:gridCol w:w="3318"/>
        <w:gridCol w:w="3319"/>
        <w:gridCol w:w="3319"/>
      </w:tblGrid>
      <w:tr w:rsidR="009F5F92" w14:paraId="23F32928" w14:textId="77777777">
        <w:trPr>
          <w:jc w:val="center"/>
        </w:trPr>
        <w:tc>
          <w:tcPr>
            <w:tcW w:w="9972" w:type="dxa"/>
            <w:gridSpan w:val="3"/>
            <w:tcBorders>
              <w:top w:val="single" w:sz="6" w:space="0" w:color="A6A6A6"/>
              <w:left w:val="single" w:sz="6" w:space="0" w:color="A6A6A6"/>
              <w:bottom w:val="single" w:sz="6" w:space="0" w:color="A6A6A6"/>
              <w:right w:val="single" w:sz="6" w:space="0" w:color="A6A6A6"/>
            </w:tcBorders>
            <w:shd w:val="clear" w:color="auto" w:fill="F2F2F2"/>
            <w:tcMar>
              <w:top w:w="120" w:type="dxa"/>
              <w:left w:w="80" w:type="dxa"/>
              <w:bottom w:w="120" w:type="dxa"/>
              <w:right w:w="80" w:type="dxa"/>
            </w:tcMar>
            <w:vAlign w:val="center"/>
          </w:tcPr>
          <w:p w14:paraId="04253F1F" w14:textId="77777777" w:rsidR="009F5F92" w:rsidRDefault="00F36634">
            <w:pPr>
              <w:jc w:val="center"/>
            </w:pPr>
            <w:r>
              <w:rPr>
                <w:rFonts w:ascii="Arial" w:hAnsi="Arial"/>
                <w:b/>
                <w:color w:val="404040"/>
                <w:sz w:val="18"/>
              </w:rPr>
              <w:t>LÆRRED / PRÆSENTATION</w:t>
            </w:r>
          </w:p>
        </w:tc>
      </w:tr>
      <w:tr w:rsidR="009F5F92" w14:paraId="11B56863" w14:textId="77777777">
        <w:trPr>
          <w:jc w:val="center"/>
        </w:trPr>
        <w:tc>
          <w:tcPr>
            <w:tcW w:w="9972" w:type="dxa"/>
            <w:gridSpan w:val="3"/>
            <w:tcBorders>
              <w:top w:val="single" w:sz="6" w:space="0" w:color="A6A6A6"/>
              <w:left w:val="single" w:sz="6" w:space="0" w:color="A6A6A6"/>
              <w:bottom w:val="single" w:sz="6" w:space="0" w:color="A6A6A6"/>
              <w:right w:val="single" w:sz="6" w:space="0" w:color="A6A6A6"/>
            </w:tcBorders>
            <w:shd w:val="clear" w:color="auto" w:fill="E7EEF8"/>
            <w:tcMar>
              <w:top w:w="120" w:type="dxa"/>
              <w:left w:w="80" w:type="dxa"/>
              <w:bottom w:w="120" w:type="dxa"/>
              <w:right w:w="80" w:type="dxa"/>
            </w:tcMar>
            <w:vAlign w:val="center"/>
          </w:tcPr>
          <w:p w14:paraId="427EB368" w14:textId="77777777" w:rsidR="009F5F92" w:rsidRDefault="00F36634">
            <w:pPr>
              <w:jc w:val="center"/>
            </w:pPr>
            <w:r>
              <w:rPr>
                <w:rFonts w:ascii="Arial" w:hAnsi="Arial"/>
                <w:b/>
                <w:color w:val="404040"/>
                <w:sz w:val="18"/>
              </w:rPr>
              <w:t>PLENUM - stole i halvcirkel / rækker</w:t>
            </w:r>
          </w:p>
        </w:tc>
      </w:tr>
      <w:tr w:rsidR="009F5F92" w14:paraId="38372758" w14:textId="77777777">
        <w:trPr>
          <w:trHeight w:val="483"/>
          <w:jc w:val="center"/>
        </w:trPr>
        <w:tc>
          <w:tcPr>
            <w:tcW w:w="3324" w:type="dxa"/>
            <w:vMerge w:val="restart"/>
            <w:tcBorders>
              <w:top w:val="single" w:sz="6" w:space="0" w:color="A6A6A6"/>
              <w:left w:val="single" w:sz="6" w:space="0" w:color="A6A6A6"/>
              <w:bottom w:val="single" w:sz="6" w:space="0" w:color="A6A6A6"/>
              <w:right w:val="single" w:sz="6" w:space="0" w:color="A6A6A6"/>
            </w:tcBorders>
            <w:shd w:val="clear" w:color="auto" w:fill="E9F1E7"/>
            <w:tcMar>
              <w:top w:w="120" w:type="dxa"/>
              <w:left w:w="80" w:type="dxa"/>
              <w:bottom w:w="120" w:type="dxa"/>
              <w:right w:w="80" w:type="dxa"/>
            </w:tcMar>
            <w:vAlign w:val="center"/>
          </w:tcPr>
          <w:p w14:paraId="77725C01" w14:textId="77777777" w:rsidR="009F5F92" w:rsidRDefault="00F36634">
            <w:pPr>
              <w:jc w:val="center"/>
            </w:pPr>
            <w:r>
              <w:rPr>
                <w:rFonts w:ascii="Arial" w:hAnsi="Arial"/>
                <w:b/>
                <w:color w:val="404040"/>
                <w:sz w:val="18"/>
              </w:rPr>
              <w:t>[TEMA 1]</w:t>
            </w:r>
            <w:r>
              <w:rPr>
                <w:rFonts w:ascii="Arial" w:hAnsi="Arial"/>
                <w:b/>
                <w:color w:val="404040"/>
                <w:sz w:val="18"/>
              </w:rPr>
              <w:br/>
              <w:t>5-8 deltagere</w:t>
            </w:r>
          </w:p>
        </w:tc>
        <w:tc>
          <w:tcPr>
            <w:tcW w:w="3324" w:type="dxa"/>
            <w:vMerge w:val="restart"/>
            <w:tcBorders>
              <w:top w:val="single" w:sz="6" w:space="0" w:color="A6A6A6"/>
              <w:left w:val="single" w:sz="6" w:space="0" w:color="A6A6A6"/>
              <w:bottom w:val="single" w:sz="6" w:space="0" w:color="A6A6A6"/>
              <w:right w:val="single" w:sz="6" w:space="0" w:color="A6A6A6"/>
            </w:tcBorders>
            <w:shd w:val="clear" w:color="auto" w:fill="E9F1E7"/>
            <w:tcMar>
              <w:top w:w="120" w:type="dxa"/>
              <w:left w:w="80" w:type="dxa"/>
              <w:bottom w:w="120" w:type="dxa"/>
              <w:right w:w="80" w:type="dxa"/>
            </w:tcMar>
            <w:vAlign w:val="center"/>
          </w:tcPr>
          <w:p w14:paraId="79407B7C" w14:textId="77777777" w:rsidR="009F5F92" w:rsidRDefault="00F36634">
            <w:pPr>
              <w:jc w:val="center"/>
            </w:pPr>
            <w:r>
              <w:rPr>
                <w:rFonts w:ascii="Arial" w:hAnsi="Arial"/>
                <w:b/>
                <w:color w:val="404040"/>
                <w:sz w:val="18"/>
              </w:rPr>
              <w:t>[TEMA 2]</w:t>
            </w:r>
            <w:r>
              <w:rPr>
                <w:rFonts w:ascii="Arial" w:hAnsi="Arial"/>
                <w:b/>
                <w:color w:val="404040"/>
                <w:sz w:val="18"/>
              </w:rPr>
              <w:br/>
              <w:t>5-8 deltagere</w:t>
            </w:r>
          </w:p>
        </w:tc>
        <w:tc>
          <w:tcPr>
            <w:tcW w:w="3324" w:type="dxa"/>
            <w:vMerge w:val="restart"/>
            <w:tcBorders>
              <w:top w:val="single" w:sz="6" w:space="0" w:color="A6A6A6"/>
              <w:left w:val="single" w:sz="6" w:space="0" w:color="A6A6A6"/>
              <w:bottom w:val="single" w:sz="6" w:space="0" w:color="A6A6A6"/>
              <w:right w:val="single" w:sz="6" w:space="0" w:color="A6A6A6"/>
            </w:tcBorders>
            <w:shd w:val="clear" w:color="auto" w:fill="E9F1E7"/>
            <w:tcMar>
              <w:top w:w="120" w:type="dxa"/>
              <w:left w:w="80" w:type="dxa"/>
              <w:bottom w:w="120" w:type="dxa"/>
              <w:right w:w="80" w:type="dxa"/>
            </w:tcMar>
            <w:vAlign w:val="center"/>
          </w:tcPr>
          <w:p w14:paraId="39CE3E41" w14:textId="77777777" w:rsidR="009F5F92" w:rsidRDefault="00F36634">
            <w:pPr>
              <w:jc w:val="center"/>
            </w:pPr>
            <w:r>
              <w:rPr>
                <w:rFonts w:ascii="Arial" w:hAnsi="Arial"/>
                <w:b/>
                <w:color w:val="404040"/>
                <w:sz w:val="18"/>
              </w:rPr>
              <w:t>[TEMA 3]</w:t>
            </w:r>
            <w:r>
              <w:rPr>
                <w:rFonts w:ascii="Arial" w:hAnsi="Arial"/>
                <w:b/>
                <w:color w:val="404040"/>
                <w:sz w:val="18"/>
              </w:rPr>
              <w:br/>
              <w:t>5-8 deltagere</w:t>
            </w:r>
          </w:p>
        </w:tc>
      </w:tr>
      <w:tr w:rsidR="009F5F92" w14:paraId="659C131B" w14:textId="77777777">
        <w:trPr>
          <w:trHeight w:val="483"/>
          <w:jc w:val="center"/>
        </w:trPr>
        <w:tc>
          <w:tcPr>
            <w:tcW w:w="3324" w:type="dxa"/>
            <w:vMerge/>
          </w:tcPr>
          <w:p w14:paraId="36ED2BBE" w14:textId="77777777" w:rsidR="009F5F92" w:rsidRDefault="009F5F92"/>
        </w:tc>
        <w:tc>
          <w:tcPr>
            <w:tcW w:w="3324" w:type="dxa"/>
            <w:vMerge/>
          </w:tcPr>
          <w:p w14:paraId="43B3EA85" w14:textId="77777777" w:rsidR="009F5F92" w:rsidRDefault="009F5F92"/>
        </w:tc>
        <w:tc>
          <w:tcPr>
            <w:tcW w:w="3324" w:type="dxa"/>
            <w:vMerge/>
          </w:tcPr>
          <w:p w14:paraId="6838C9A1" w14:textId="77777777" w:rsidR="009F5F92" w:rsidRDefault="009F5F92"/>
        </w:tc>
      </w:tr>
      <w:tr w:rsidR="009F5F92" w14:paraId="22C8A7B1" w14:textId="77777777">
        <w:trPr>
          <w:trHeight w:val="483"/>
          <w:jc w:val="center"/>
        </w:trPr>
        <w:tc>
          <w:tcPr>
            <w:tcW w:w="3324" w:type="dxa"/>
            <w:vMerge w:val="restart"/>
            <w:tcBorders>
              <w:top w:val="single" w:sz="6" w:space="0" w:color="A6A6A6"/>
              <w:left w:val="single" w:sz="6" w:space="0" w:color="A6A6A6"/>
              <w:bottom w:val="single" w:sz="6" w:space="0" w:color="A6A6A6"/>
              <w:right w:val="single" w:sz="6" w:space="0" w:color="A6A6A6"/>
            </w:tcBorders>
            <w:shd w:val="clear" w:color="auto" w:fill="E9F1E7"/>
            <w:tcMar>
              <w:top w:w="120" w:type="dxa"/>
              <w:left w:w="80" w:type="dxa"/>
              <w:bottom w:w="120" w:type="dxa"/>
              <w:right w:w="80" w:type="dxa"/>
            </w:tcMar>
            <w:vAlign w:val="center"/>
          </w:tcPr>
          <w:p w14:paraId="2F95E90C" w14:textId="77777777" w:rsidR="009F5F92" w:rsidRDefault="00F36634">
            <w:pPr>
              <w:jc w:val="center"/>
            </w:pPr>
            <w:r>
              <w:rPr>
                <w:rFonts w:ascii="Arial" w:hAnsi="Arial"/>
                <w:b/>
                <w:color w:val="404040"/>
                <w:sz w:val="18"/>
              </w:rPr>
              <w:t>[TEMA 4]</w:t>
            </w:r>
            <w:r>
              <w:rPr>
                <w:rFonts w:ascii="Arial" w:hAnsi="Arial"/>
                <w:b/>
                <w:color w:val="404040"/>
                <w:sz w:val="18"/>
              </w:rPr>
              <w:br/>
              <w:t>(valgfrit)</w:t>
            </w:r>
          </w:p>
        </w:tc>
        <w:tc>
          <w:tcPr>
            <w:tcW w:w="3324" w:type="dxa"/>
            <w:vMerge w:val="restart"/>
            <w:tcBorders>
              <w:top w:val="single" w:sz="6" w:space="0" w:color="A6A6A6"/>
              <w:left w:val="single" w:sz="6" w:space="0" w:color="A6A6A6"/>
              <w:bottom w:val="single" w:sz="6" w:space="0" w:color="A6A6A6"/>
              <w:right w:val="single" w:sz="6" w:space="0" w:color="A6A6A6"/>
            </w:tcBorders>
            <w:shd w:val="clear" w:color="auto" w:fill="F2F2F2"/>
            <w:tcMar>
              <w:top w:w="120" w:type="dxa"/>
              <w:left w:w="80" w:type="dxa"/>
              <w:bottom w:w="120" w:type="dxa"/>
              <w:right w:w="80" w:type="dxa"/>
            </w:tcMar>
            <w:vAlign w:val="center"/>
          </w:tcPr>
          <w:p w14:paraId="251A3CF7" w14:textId="77777777" w:rsidR="009F5F92" w:rsidRDefault="00F36634">
            <w:pPr>
              <w:jc w:val="center"/>
            </w:pPr>
            <w:r>
              <w:rPr>
                <w:rFonts w:ascii="Arial" w:hAnsi="Arial"/>
                <w:b/>
                <w:color w:val="404040"/>
                <w:sz w:val="18"/>
              </w:rPr>
              <w:t>MATERIALER / NAVNESKILTE</w:t>
            </w:r>
          </w:p>
        </w:tc>
        <w:tc>
          <w:tcPr>
            <w:tcW w:w="3324" w:type="dxa"/>
            <w:vMerge w:val="restart"/>
            <w:tcBorders>
              <w:top w:val="single" w:sz="6" w:space="0" w:color="A6A6A6"/>
              <w:left w:val="single" w:sz="6" w:space="0" w:color="A6A6A6"/>
              <w:bottom w:val="single" w:sz="6" w:space="0" w:color="A6A6A6"/>
              <w:right w:val="single" w:sz="6" w:space="0" w:color="A6A6A6"/>
            </w:tcBorders>
            <w:shd w:val="clear" w:color="auto" w:fill="F2F2F2"/>
            <w:tcMar>
              <w:top w:w="120" w:type="dxa"/>
              <w:left w:w="80" w:type="dxa"/>
              <w:bottom w:w="120" w:type="dxa"/>
              <w:right w:w="80" w:type="dxa"/>
            </w:tcMar>
            <w:vAlign w:val="center"/>
          </w:tcPr>
          <w:p w14:paraId="7AA18DC5" w14:textId="77777777" w:rsidR="009F5F92" w:rsidRDefault="00F36634">
            <w:pPr>
              <w:jc w:val="center"/>
            </w:pPr>
            <w:r>
              <w:rPr>
                <w:rFonts w:ascii="Arial" w:hAnsi="Arial"/>
                <w:b/>
                <w:color w:val="404040"/>
                <w:sz w:val="18"/>
              </w:rPr>
              <w:t>KAFFE / VAND / FORPLEJNING</w:t>
            </w:r>
          </w:p>
        </w:tc>
      </w:tr>
      <w:tr w:rsidR="009F5F92" w14:paraId="07E28316" w14:textId="77777777">
        <w:trPr>
          <w:trHeight w:val="483"/>
          <w:jc w:val="center"/>
        </w:trPr>
        <w:tc>
          <w:tcPr>
            <w:tcW w:w="3324" w:type="dxa"/>
            <w:vMerge/>
          </w:tcPr>
          <w:p w14:paraId="06D60526" w14:textId="77777777" w:rsidR="009F5F92" w:rsidRDefault="009F5F92"/>
        </w:tc>
        <w:tc>
          <w:tcPr>
            <w:tcW w:w="3324" w:type="dxa"/>
            <w:vMerge/>
          </w:tcPr>
          <w:p w14:paraId="5B904018" w14:textId="77777777" w:rsidR="009F5F92" w:rsidRDefault="009F5F92"/>
        </w:tc>
        <w:tc>
          <w:tcPr>
            <w:tcW w:w="3324" w:type="dxa"/>
            <w:vMerge/>
          </w:tcPr>
          <w:p w14:paraId="47F7C8E3" w14:textId="77777777" w:rsidR="009F5F92" w:rsidRDefault="009F5F92"/>
        </w:tc>
      </w:tr>
    </w:tbl>
    <w:p w14:paraId="17CB9592" w14:textId="77777777" w:rsidR="009F5F92" w:rsidRDefault="00F36634">
      <w:pPr>
        <w:keepNext/>
        <w:spacing w:before="140" w:after="60"/>
      </w:pPr>
      <w:r>
        <w:rPr>
          <w:rFonts w:ascii="Arial" w:hAnsi="Arial"/>
          <w:b/>
          <w:color w:val="4F7F45"/>
          <w:sz w:val="25"/>
        </w:rPr>
        <w:t>Materialetjekliste</w:t>
      </w:r>
    </w:p>
    <w:p w14:paraId="7835CCD0" w14:textId="77777777" w:rsidR="009F5F92" w:rsidRDefault="00F36634">
      <w:pPr>
        <w:spacing w:after="50"/>
        <w:ind w:left="85"/>
      </w:pPr>
      <w:r>
        <w:rPr>
          <w:color w:val="404040"/>
          <w:sz w:val="20"/>
        </w:rPr>
        <w:t>□  Projektor/skærm, computer, adaptere og evt. højttaler.</w:t>
      </w:r>
    </w:p>
    <w:p w14:paraId="42FF5268" w14:textId="77777777" w:rsidR="009F5F92" w:rsidRDefault="00F36634">
      <w:pPr>
        <w:spacing w:after="50"/>
        <w:ind w:left="85"/>
      </w:pPr>
      <w:r>
        <w:rPr>
          <w:color w:val="404040"/>
          <w:sz w:val="20"/>
        </w:rPr>
        <w:t>□  Program på lærred og evt. print på bordene.</w:t>
      </w:r>
    </w:p>
    <w:p w14:paraId="58092996" w14:textId="77777777" w:rsidR="009F5F92" w:rsidRDefault="00F36634">
      <w:pPr>
        <w:spacing w:after="50"/>
        <w:ind w:left="85"/>
      </w:pPr>
      <w:r>
        <w:rPr>
          <w:color w:val="404040"/>
          <w:sz w:val="20"/>
        </w:rPr>
        <w:t>□  Navneskilte, tuscher og deltagerliste.</w:t>
      </w:r>
    </w:p>
    <w:p w14:paraId="728D361B" w14:textId="77777777" w:rsidR="009F5F92" w:rsidRDefault="00F36634">
      <w:pPr>
        <w:spacing w:after="50"/>
        <w:ind w:left="85"/>
      </w:pPr>
      <w:r>
        <w:rPr>
          <w:color w:val="404040"/>
          <w:sz w:val="20"/>
        </w:rPr>
        <w:t>□  Store post-it-sedler i tilstrækkeligt antal og kraftige tuscher.</w:t>
      </w:r>
    </w:p>
    <w:p w14:paraId="2E61A91D" w14:textId="77777777" w:rsidR="009F5F92" w:rsidRDefault="00F36634">
      <w:pPr>
        <w:spacing w:after="50"/>
        <w:ind w:left="85"/>
      </w:pPr>
      <w:r>
        <w:rPr>
          <w:color w:val="404040"/>
          <w:sz w:val="20"/>
        </w:rPr>
        <w:t>□  A3-ark til hver temagruppe: visioner/idéer og realiseringsark.</w:t>
      </w:r>
    </w:p>
    <w:p w14:paraId="73A18863" w14:textId="77777777" w:rsidR="009F5F92" w:rsidRDefault="00F36634">
      <w:pPr>
        <w:spacing w:after="50"/>
        <w:ind w:left="85"/>
      </w:pPr>
      <w:r>
        <w:rPr>
          <w:color w:val="404040"/>
          <w:sz w:val="20"/>
        </w:rPr>
        <w:t>□  Temaskilte til borde/vægge og tape/elefantsnot.</w:t>
      </w:r>
    </w:p>
    <w:p w14:paraId="16FA296A" w14:textId="77777777" w:rsidR="009F5F92" w:rsidRDefault="00F36634">
      <w:pPr>
        <w:spacing w:after="50"/>
        <w:ind w:left="85"/>
      </w:pPr>
      <w:r>
        <w:rPr>
          <w:color w:val="404040"/>
          <w:sz w:val="20"/>
        </w:rPr>
        <w:t>□  Flipover eller fælles parkeringsplads til spørgsmål og idéer, der skal gemmes til senere.</w:t>
      </w:r>
    </w:p>
    <w:p w14:paraId="16138D45" w14:textId="77777777" w:rsidR="009F5F92" w:rsidRDefault="00F36634">
      <w:pPr>
        <w:spacing w:after="50"/>
        <w:ind w:left="85"/>
      </w:pPr>
      <w:r>
        <w:rPr>
          <w:color w:val="404040"/>
          <w:sz w:val="20"/>
        </w:rPr>
        <w:t>□  Timer/ur til facilitator og evt. klokke til rundeskift.</w:t>
      </w:r>
    </w:p>
    <w:p w14:paraId="071F47AB" w14:textId="77777777" w:rsidR="009F5F92" w:rsidRDefault="00F36634">
      <w:pPr>
        <w:spacing w:after="50"/>
        <w:ind w:left="85"/>
      </w:pPr>
      <w:r>
        <w:rPr>
          <w:color w:val="404040"/>
          <w:sz w:val="20"/>
        </w:rPr>
        <w:t>□  Kaffe, vand og aftalt forplejning.</w:t>
      </w:r>
    </w:p>
    <w:p w14:paraId="560D160E" w14:textId="77777777" w:rsidR="009F5F92" w:rsidRDefault="00F36634">
      <w:pPr>
        <w:spacing w:after="50"/>
        <w:ind w:left="85"/>
      </w:pPr>
      <w:r>
        <w:rPr>
          <w:color w:val="404040"/>
          <w:sz w:val="20"/>
        </w:rPr>
        <w:t>□  Telefon/kamera til dokumentation af alle ark før oprydning.</w:t>
      </w:r>
    </w:p>
    <w:p w14:paraId="4F13F3FF" w14:textId="77777777" w:rsidR="009F5F92" w:rsidRDefault="00F36634">
      <w:r>
        <w:br w:type="page"/>
      </w:r>
    </w:p>
    <w:p w14:paraId="4B846077" w14:textId="77777777" w:rsidR="009F5F92" w:rsidRDefault="00F36634">
      <w:pPr>
        <w:keepNext/>
        <w:spacing w:after="40" w:line="259" w:lineRule="auto"/>
      </w:pPr>
      <w:r>
        <w:rPr>
          <w:rFonts w:ascii="Arial" w:hAnsi="Arial"/>
          <w:b/>
          <w:color w:val="404040"/>
          <w:sz w:val="19"/>
        </w:rPr>
        <w:lastRenderedPageBreak/>
        <w:t>PRINTARK - A3 / ÉT PR. TEMABORD</w:t>
      </w:r>
    </w:p>
    <w:p w14:paraId="3075A579" w14:textId="77777777" w:rsidR="009F5F92" w:rsidRDefault="00F36634">
      <w:pPr>
        <w:keepNext/>
        <w:spacing w:before="180" w:after="100"/>
      </w:pPr>
      <w:r>
        <w:rPr>
          <w:rFonts w:ascii="Arial" w:hAnsi="Arial"/>
          <w:b/>
          <w:color w:val="4F7F45"/>
          <w:sz w:val="33"/>
        </w:rPr>
        <w:t>Visioner for [LANDSBYNAVN] - idéer og forslag</w:t>
      </w:r>
    </w:p>
    <w:p w14:paraId="2C59F08B" w14:textId="77777777" w:rsidR="009F5F92" w:rsidRDefault="00F36634">
      <w:pPr>
        <w:spacing w:after="160" w:line="259" w:lineRule="auto"/>
      </w:pPr>
      <w:r>
        <w:rPr>
          <w:color w:val="666666"/>
        </w:rPr>
        <w:t>Tema: [TEMA]  ·  Temavært: [NAVN]</w:t>
      </w:r>
    </w:p>
    <w:tbl>
      <w:tblPr>
        <w:tblW w:w="0" w:type="auto"/>
        <w:jc w:val="center"/>
        <w:tblLook w:val="04A0" w:firstRow="1" w:lastRow="0" w:firstColumn="1" w:lastColumn="0" w:noHBand="0" w:noVBand="1"/>
      </w:tblPr>
      <w:tblGrid>
        <w:gridCol w:w="9952"/>
      </w:tblGrid>
      <w:tr w:rsidR="009F5F92" w14:paraId="55F9E5B9" w14:textId="77777777">
        <w:trPr>
          <w:jc w:val="center"/>
        </w:trPr>
        <w:tc>
          <w:tcPr>
            <w:tcW w:w="9972" w:type="dxa"/>
            <w:tcBorders>
              <w:top w:val="single" w:sz="8" w:space="0" w:color="4F7F45"/>
              <w:left w:val="single" w:sz="8" w:space="0" w:color="4F7F45"/>
              <w:bottom w:val="single" w:sz="8" w:space="0" w:color="4F7F45"/>
              <w:right w:val="single" w:sz="8" w:space="0" w:color="4F7F45"/>
            </w:tcBorders>
            <w:shd w:val="clear" w:color="auto" w:fill="E9F1E7"/>
            <w:tcMar>
              <w:top w:w="90" w:type="dxa"/>
              <w:left w:w="120" w:type="dxa"/>
              <w:bottom w:w="90" w:type="dxa"/>
              <w:right w:w="120" w:type="dxa"/>
            </w:tcMar>
          </w:tcPr>
          <w:p w14:paraId="116DD951" w14:textId="77777777" w:rsidR="009F5F92" w:rsidRDefault="00F36634">
            <w:pPr>
              <w:spacing w:after="60" w:line="259" w:lineRule="auto"/>
            </w:pPr>
            <w:r>
              <w:rPr>
                <w:rFonts w:ascii="Arial" w:hAnsi="Arial"/>
                <w:b/>
                <w:color w:val="4F7F45"/>
              </w:rPr>
              <w:t>Instruktion til deltagerne</w:t>
            </w:r>
          </w:p>
          <w:p w14:paraId="3E36C394" w14:textId="77777777" w:rsidR="009F5F92" w:rsidRDefault="00F36634">
            <w:pPr>
              <w:spacing w:after="0" w:line="259" w:lineRule="auto"/>
            </w:pPr>
            <w:r>
              <w:rPr>
                <w:color w:val="404040"/>
                <w:sz w:val="20"/>
              </w:rPr>
              <w:t>Forestil jer den landsby, I gerne vil bo i om 5-10 år. Parkér for en stund økonomi, regler og andre begrænsninger. Skriv én idé pr. post-it. Læs idéerne op én ad gangen og sæt dem på arket. Ingen diskussion af realisme i denne fase.</w:t>
            </w:r>
          </w:p>
        </w:tc>
      </w:tr>
    </w:tbl>
    <w:p w14:paraId="6EEEC5B1" w14:textId="77777777" w:rsidR="009F5F92" w:rsidRDefault="009F5F92">
      <w:pPr>
        <w:spacing w:after="0"/>
      </w:pPr>
    </w:p>
    <w:tbl>
      <w:tblPr>
        <w:tblW w:w="0" w:type="auto"/>
        <w:tblLook w:val="04A0" w:firstRow="1" w:lastRow="0" w:firstColumn="1" w:lastColumn="0" w:noHBand="0" w:noVBand="1"/>
      </w:tblPr>
      <w:tblGrid>
        <w:gridCol w:w="9960"/>
      </w:tblGrid>
      <w:tr w:rsidR="009F5F92" w14:paraId="310A6FE4" w14:textId="77777777">
        <w:trPr>
          <w:trHeight w:val="454"/>
        </w:trPr>
        <w:tc>
          <w:tcPr>
            <w:tcW w:w="9972" w:type="dxa"/>
            <w:tcBorders>
              <w:top w:val="single" w:sz="5" w:space="0" w:color="A6A6A6"/>
              <w:left w:val="single" w:sz="5" w:space="0" w:color="A6A6A6"/>
              <w:bottom w:val="single" w:sz="5" w:space="0" w:color="A6A6A6"/>
              <w:right w:val="single" w:sz="5" w:space="0" w:color="A6A6A6"/>
            </w:tcBorders>
            <w:shd w:val="clear" w:color="auto" w:fill="E9F1E7"/>
            <w:tcMar>
              <w:top w:w="90" w:type="dxa"/>
              <w:left w:w="90" w:type="dxa"/>
              <w:bottom w:w="90" w:type="dxa"/>
              <w:right w:w="90" w:type="dxa"/>
            </w:tcMar>
          </w:tcPr>
          <w:p w14:paraId="59230F2F" w14:textId="77777777" w:rsidR="009F5F92" w:rsidRDefault="00F36634">
            <w:r>
              <w:rPr>
                <w:rFonts w:ascii="Arial" w:hAnsi="Arial"/>
                <w:b/>
                <w:color w:val="4F7F45"/>
                <w:sz w:val="20"/>
              </w:rPr>
              <w:t>IDÉER, DER ER BLEVET LÆST OP</w:t>
            </w:r>
          </w:p>
        </w:tc>
      </w:tr>
      <w:tr w:rsidR="009F5F92" w14:paraId="7B75B29C" w14:textId="77777777">
        <w:trPr>
          <w:trHeight w:val="3458"/>
        </w:trPr>
        <w:tc>
          <w:tcPr>
            <w:tcW w:w="9972" w:type="dxa"/>
            <w:tcBorders>
              <w:top w:val="single" w:sz="5" w:space="0" w:color="A6A6A6"/>
              <w:left w:val="single" w:sz="5" w:space="0" w:color="A6A6A6"/>
              <w:bottom w:val="single" w:sz="5" w:space="0" w:color="A6A6A6"/>
              <w:right w:val="single" w:sz="5" w:space="0" w:color="A6A6A6"/>
            </w:tcBorders>
            <w:tcMar>
              <w:top w:w="90" w:type="dxa"/>
              <w:left w:w="90" w:type="dxa"/>
              <w:bottom w:w="90" w:type="dxa"/>
              <w:right w:w="90" w:type="dxa"/>
            </w:tcMar>
          </w:tcPr>
          <w:p w14:paraId="7873544B" w14:textId="77777777" w:rsidR="009F5F92" w:rsidRDefault="009F5F92"/>
        </w:tc>
      </w:tr>
      <w:tr w:rsidR="009F5F92" w14:paraId="7E7550C2" w14:textId="77777777">
        <w:trPr>
          <w:trHeight w:val="454"/>
        </w:trPr>
        <w:tc>
          <w:tcPr>
            <w:tcW w:w="9972" w:type="dxa"/>
            <w:tcBorders>
              <w:top w:val="single" w:sz="5" w:space="0" w:color="A6A6A6"/>
              <w:left w:val="single" w:sz="5" w:space="0" w:color="A6A6A6"/>
              <w:bottom w:val="single" w:sz="5" w:space="0" w:color="A6A6A6"/>
              <w:right w:val="single" w:sz="5" w:space="0" w:color="A6A6A6"/>
            </w:tcBorders>
            <w:shd w:val="clear" w:color="auto" w:fill="E9F1E7"/>
            <w:tcMar>
              <w:top w:w="90" w:type="dxa"/>
              <w:left w:w="90" w:type="dxa"/>
              <w:bottom w:w="90" w:type="dxa"/>
              <w:right w:w="90" w:type="dxa"/>
            </w:tcMar>
          </w:tcPr>
          <w:p w14:paraId="6D520421" w14:textId="77777777" w:rsidR="009F5F92" w:rsidRDefault="00F36634">
            <w:r>
              <w:rPr>
                <w:rFonts w:ascii="Arial" w:hAnsi="Arial"/>
                <w:b/>
                <w:color w:val="4F7F45"/>
                <w:sz w:val="20"/>
              </w:rPr>
              <w:t>ANDRE IDÉER, DER OPSTÅR UNDERVEJS</w:t>
            </w:r>
          </w:p>
        </w:tc>
      </w:tr>
      <w:tr w:rsidR="009F5F92" w14:paraId="4D5B8990" w14:textId="77777777">
        <w:trPr>
          <w:trHeight w:val="2494"/>
        </w:trPr>
        <w:tc>
          <w:tcPr>
            <w:tcW w:w="9972" w:type="dxa"/>
            <w:tcBorders>
              <w:top w:val="single" w:sz="5" w:space="0" w:color="A6A6A6"/>
              <w:left w:val="single" w:sz="5" w:space="0" w:color="A6A6A6"/>
              <w:bottom w:val="single" w:sz="5" w:space="0" w:color="A6A6A6"/>
              <w:right w:val="single" w:sz="5" w:space="0" w:color="A6A6A6"/>
            </w:tcBorders>
            <w:tcMar>
              <w:top w:w="90" w:type="dxa"/>
              <w:left w:w="90" w:type="dxa"/>
              <w:bottom w:w="90" w:type="dxa"/>
              <w:right w:w="90" w:type="dxa"/>
            </w:tcMar>
          </w:tcPr>
          <w:p w14:paraId="75A81C88" w14:textId="77777777" w:rsidR="009F5F92" w:rsidRDefault="009F5F92"/>
        </w:tc>
      </w:tr>
    </w:tbl>
    <w:p w14:paraId="4BB93267" w14:textId="77777777" w:rsidR="009F5F92" w:rsidRDefault="00F36634">
      <w:r>
        <w:br w:type="page"/>
      </w:r>
    </w:p>
    <w:p w14:paraId="1ACF7223" w14:textId="77777777" w:rsidR="009F5F92" w:rsidRDefault="00F36634">
      <w:pPr>
        <w:keepNext/>
        <w:spacing w:after="40" w:line="259" w:lineRule="auto"/>
      </w:pPr>
      <w:r>
        <w:rPr>
          <w:rFonts w:ascii="Arial" w:hAnsi="Arial"/>
          <w:b/>
          <w:color w:val="404040"/>
          <w:sz w:val="19"/>
        </w:rPr>
        <w:lastRenderedPageBreak/>
        <w:t>PRINTARK - A3 / ÉT ARK PR. PRIORITERET IDÉ</w:t>
      </w:r>
    </w:p>
    <w:p w14:paraId="235A5E97" w14:textId="77777777" w:rsidR="009F5F92" w:rsidRDefault="00F36634">
      <w:pPr>
        <w:keepNext/>
        <w:spacing w:before="180" w:after="100"/>
      </w:pPr>
      <w:r>
        <w:rPr>
          <w:rFonts w:ascii="Arial" w:hAnsi="Arial"/>
          <w:b/>
          <w:color w:val="4F7F45"/>
          <w:sz w:val="33"/>
        </w:rPr>
        <w:t>Realisering af en idé</w:t>
      </w:r>
    </w:p>
    <w:p w14:paraId="5CEB9155" w14:textId="77777777" w:rsidR="009F5F92" w:rsidRDefault="00F36634">
      <w:pPr>
        <w:spacing w:after="160" w:line="259" w:lineRule="auto"/>
      </w:pPr>
      <w:r>
        <w:rPr>
          <w:color w:val="666666"/>
        </w:rPr>
        <w:t>Landsby: [LANDSBYNAVN]   ·   Tema: [TEMA]</w:t>
      </w:r>
    </w:p>
    <w:tbl>
      <w:tblPr>
        <w:tblW w:w="0" w:type="auto"/>
        <w:tblLook w:val="04A0" w:firstRow="1" w:lastRow="0" w:firstColumn="1" w:lastColumn="0" w:noHBand="0" w:noVBand="1"/>
      </w:tblPr>
      <w:tblGrid>
        <w:gridCol w:w="9960"/>
      </w:tblGrid>
      <w:tr w:rsidR="009F5F92" w14:paraId="1ACDA760"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543358D9" w14:textId="77777777" w:rsidR="009F5F92" w:rsidRDefault="00F36634">
            <w:r>
              <w:rPr>
                <w:rFonts w:ascii="Arial" w:hAnsi="Arial"/>
                <w:b/>
                <w:color w:val="4F7F45"/>
                <w:sz w:val="20"/>
              </w:rPr>
              <w:t>Idé / forslag</w:t>
            </w:r>
          </w:p>
          <w:p w14:paraId="50E4570C" w14:textId="77777777" w:rsidR="009F5F92" w:rsidRDefault="00F36634">
            <w:pPr>
              <w:spacing w:after="20" w:line="240" w:lineRule="auto"/>
            </w:pPr>
            <w:r>
              <w:rPr>
                <w:color w:val="888888"/>
                <w:sz w:val="18"/>
              </w:rPr>
              <w:t>________________________________________________________________________________</w:t>
            </w:r>
          </w:p>
          <w:p w14:paraId="62EC3582" w14:textId="77777777" w:rsidR="009F5F92" w:rsidRDefault="00F36634">
            <w:pPr>
              <w:spacing w:after="20" w:line="240" w:lineRule="auto"/>
            </w:pPr>
            <w:r>
              <w:rPr>
                <w:color w:val="888888"/>
                <w:sz w:val="18"/>
              </w:rPr>
              <w:t>________________________________________________________________________________</w:t>
            </w:r>
          </w:p>
        </w:tc>
      </w:tr>
      <w:tr w:rsidR="009F5F92" w14:paraId="4CBB9E13"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5E9ADDF9" w14:textId="77777777" w:rsidR="009F5F92" w:rsidRDefault="00F36634">
            <w:r>
              <w:rPr>
                <w:rFonts w:ascii="Arial" w:hAnsi="Arial"/>
                <w:b/>
                <w:color w:val="4F7F45"/>
                <w:sz w:val="20"/>
              </w:rPr>
              <w:t>Kort beskrivelse - hvilken forskel skal idéen skabe?</w:t>
            </w:r>
          </w:p>
          <w:p w14:paraId="764279F6" w14:textId="77777777" w:rsidR="009F5F92" w:rsidRDefault="00F36634">
            <w:pPr>
              <w:spacing w:after="20" w:line="240" w:lineRule="auto"/>
            </w:pPr>
            <w:r>
              <w:rPr>
                <w:color w:val="888888"/>
                <w:sz w:val="18"/>
              </w:rPr>
              <w:t>________________________________________________________________________________</w:t>
            </w:r>
          </w:p>
          <w:p w14:paraId="6F4DD0C5" w14:textId="77777777" w:rsidR="009F5F92" w:rsidRDefault="00F36634">
            <w:pPr>
              <w:spacing w:after="20" w:line="240" w:lineRule="auto"/>
            </w:pPr>
            <w:r>
              <w:rPr>
                <w:color w:val="888888"/>
                <w:sz w:val="18"/>
              </w:rPr>
              <w:t>________________________________________________________________________________</w:t>
            </w:r>
          </w:p>
          <w:p w14:paraId="174EFFE4" w14:textId="77777777" w:rsidR="009F5F92" w:rsidRDefault="00F36634">
            <w:pPr>
              <w:spacing w:after="20" w:line="240" w:lineRule="auto"/>
            </w:pPr>
            <w:r>
              <w:rPr>
                <w:color w:val="888888"/>
                <w:sz w:val="18"/>
              </w:rPr>
              <w:t>________________________________________________________________________________</w:t>
            </w:r>
          </w:p>
        </w:tc>
      </w:tr>
      <w:tr w:rsidR="009F5F92" w14:paraId="64504E4A"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54AC2D59" w14:textId="77777777" w:rsidR="009F5F92" w:rsidRDefault="00F36634">
            <w:r>
              <w:rPr>
                <w:rFonts w:ascii="Arial" w:hAnsi="Arial"/>
                <w:b/>
                <w:color w:val="4F7F45"/>
                <w:sz w:val="20"/>
              </w:rPr>
              <w:t>Første konkrete skridt</w:t>
            </w:r>
          </w:p>
          <w:p w14:paraId="6C547F21" w14:textId="77777777" w:rsidR="009F5F92" w:rsidRDefault="00F36634">
            <w:pPr>
              <w:spacing w:after="20" w:line="240" w:lineRule="auto"/>
            </w:pPr>
            <w:r>
              <w:rPr>
                <w:color w:val="888888"/>
                <w:sz w:val="18"/>
              </w:rPr>
              <w:t>________________________________________________________________________________</w:t>
            </w:r>
          </w:p>
          <w:p w14:paraId="009DFFFD" w14:textId="77777777" w:rsidR="009F5F92" w:rsidRDefault="00F36634">
            <w:pPr>
              <w:spacing w:after="20" w:line="240" w:lineRule="auto"/>
            </w:pPr>
            <w:r>
              <w:rPr>
                <w:color w:val="888888"/>
                <w:sz w:val="18"/>
              </w:rPr>
              <w:t>________________________________________________________________________________</w:t>
            </w:r>
          </w:p>
          <w:p w14:paraId="48724F12" w14:textId="77777777" w:rsidR="009F5F92" w:rsidRDefault="00F36634">
            <w:pPr>
              <w:spacing w:after="20" w:line="240" w:lineRule="auto"/>
            </w:pPr>
            <w:r>
              <w:rPr>
                <w:color w:val="888888"/>
                <w:sz w:val="18"/>
              </w:rPr>
              <w:t>________________________________________________________________________________</w:t>
            </w:r>
          </w:p>
        </w:tc>
      </w:tr>
      <w:tr w:rsidR="009F5F92" w14:paraId="0B05018A"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77D84FA3" w14:textId="77777777" w:rsidR="009F5F92" w:rsidRDefault="00F36634">
            <w:r>
              <w:rPr>
                <w:rFonts w:ascii="Arial" w:hAnsi="Arial"/>
                <w:b/>
                <w:color w:val="4F7F45"/>
                <w:sz w:val="20"/>
              </w:rPr>
              <w:t>Ressourcer vi allerede har</w:t>
            </w:r>
          </w:p>
          <w:p w14:paraId="4074097D" w14:textId="77777777" w:rsidR="009F5F92" w:rsidRDefault="00F36634">
            <w:pPr>
              <w:spacing w:after="20" w:line="240" w:lineRule="auto"/>
            </w:pPr>
            <w:r>
              <w:rPr>
                <w:color w:val="888888"/>
                <w:sz w:val="18"/>
              </w:rPr>
              <w:t>________________________________________________________________________________</w:t>
            </w:r>
          </w:p>
          <w:p w14:paraId="3E9CE231" w14:textId="77777777" w:rsidR="009F5F92" w:rsidRDefault="00F36634">
            <w:pPr>
              <w:spacing w:after="20" w:line="240" w:lineRule="auto"/>
            </w:pPr>
            <w:r>
              <w:rPr>
                <w:color w:val="888888"/>
                <w:sz w:val="18"/>
              </w:rPr>
              <w:t>________________________________________________________________________________</w:t>
            </w:r>
          </w:p>
          <w:p w14:paraId="239E4D37" w14:textId="77777777" w:rsidR="009F5F92" w:rsidRDefault="00F36634">
            <w:pPr>
              <w:spacing w:after="20" w:line="240" w:lineRule="auto"/>
            </w:pPr>
            <w:r>
              <w:rPr>
                <w:color w:val="888888"/>
                <w:sz w:val="18"/>
              </w:rPr>
              <w:t>________________________________________________________________________________</w:t>
            </w:r>
          </w:p>
        </w:tc>
      </w:tr>
      <w:tr w:rsidR="009F5F92" w14:paraId="58A57A01"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5A18B458" w14:textId="77777777" w:rsidR="009F5F92" w:rsidRDefault="00F36634">
            <w:r>
              <w:rPr>
                <w:rFonts w:ascii="Arial" w:hAnsi="Arial"/>
                <w:b/>
                <w:color w:val="4F7F45"/>
                <w:sz w:val="20"/>
              </w:rPr>
              <w:t>Mulige samarbejdspartnere / hvem kan hjælpe?</w:t>
            </w:r>
          </w:p>
          <w:p w14:paraId="00CB6A11" w14:textId="77777777" w:rsidR="009F5F92" w:rsidRDefault="00F36634">
            <w:pPr>
              <w:spacing w:after="20" w:line="240" w:lineRule="auto"/>
            </w:pPr>
            <w:r>
              <w:rPr>
                <w:color w:val="888888"/>
                <w:sz w:val="18"/>
              </w:rPr>
              <w:t>________________________________________________________________________________</w:t>
            </w:r>
          </w:p>
          <w:p w14:paraId="16B0B657" w14:textId="77777777" w:rsidR="009F5F92" w:rsidRDefault="00F36634">
            <w:pPr>
              <w:spacing w:after="20" w:line="240" w:lineRule="auto"/>
            </w:pPr>
            <w:r>
              <w:rPr>
                <w:color w:val="888888"/>
                <w:sz w:val="18"/>
              </w:rPr>
              <w:t>________________________________________________________________________________</w:t>
            </w:r>
          </w:p>
          <w:p w14:paraId="144FE8DF" w14:textId="77777777" w:rsidR="009F5F92" w:rsidRDefault="00F36634">
            <w:pPr>
              <w:spacing w:after="20" w:line="240" w:lineRule="auto"/>
            </w:pPr>
            <w:r>
              <w:rPr>
                <w:color w:val="888888"/>
                <w:sz w:val="18"/>
              </w:rPr>
              <w:t>________________________________________________________________________________</w:t>
            </w:r>
          </w:p>
        </w:tc>
      </w:tr>
      <w:tr w:rsidR="009F5F92" w14:paraId="396ADFF5"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5F466964" w14:textId="77777777" w:rsidR="009F5F92" w:rsidRDefault="00F36634">
            <w:r>
              <w:rPr>
                <w:rFonts w:ascii="Arial" w:hAnsi="Arial"/>
                <w:b/>
                <w:color w:val="4F7F45"/>
                <w:sz w:val="20"/>
              </w:rPr>
              <w:t>Barrierer eller spørgsmål, der skal undersøges</w:t>
            </w:r>
          </w:p>
          <w:p w14:paraId="2B460E93" w14:textId="77777777" w:rsidR="009F5F92" w:rsidRDefault="00F36634">
            <w:pPr>
              <w:spacing w:after="20" w:line="240" w:lineRule="auto"/>
            </w:pPr>
            <w:r>
              <w:rPr>
                <w:color w:val="888888"/>
                <w:sz w:val="18"/>
              </w:rPr>
              <w:t>________________________________________________________________________________</w:t>
            </w:r>
          </w:p>
          <w:p w14:paraId="39A9F0CC" w14:textId="77777777" w:rsidR="009F5F92" w:rsidRDefault="00F36634">
            <w:pPr>
              <w:spacing w:after="20" w:line="240" w:lineRule="auto"/>
            </w:pPr>
            <w:r>
              <w:rPr>
                <w:color w:val="888888"/>
                <w:sz w:val="18"/>
              </w:rPr>
              <w:t>________________________________________________________________________________</w:t>
            </w:r>
          </w:p>
          <w:p w14:paraId="4787A251" w14:textId="77777777" w:rsidR="009F5F92" w:rsidRDefault="00F36634">
            <w:pPr>
              <w:spacing w:after="20" w:line="240" w:lineRule="auto"/>
            </w:pPr>
            <w:r>
              <w:rPr>
                <w:color w:val="888888"/>
                <w:sz w:val="18"/>
              </w:rPr>
              <w:t>________________________________________________________________________________</w:t>
            </w:r>
          </w:p>
        </w:tc>
      </w:tr>
      <w:tr w:rsidR="009F5F92" w14:paraId="5DE9801A"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541E8E5F" w14:textId="77777777" w:rsidR="009F5F92" w:rsidRDefault="00F36634">
            <w:r>
              <w:rPr>
                <w:rFonts w:ascii="Arial" w:hAnsi="Arial"/>
                <w:b/>
                <w:color w:val="4F7F45"/>
                <w:sz w:val="20"/>
              </w:rPr>
              <w:t>Hvem vil arbejde videre? Navn + kontakt</w:t>
            </w:r>
          </w:p>
          <w:p w14:paraId="3348C095" w14:textId="77777777" w:rsidR="009F5F92" w:rsidRDefault="00F36634">
            <w:pPr>
              <w:spacing w:after="20" w:line="240" w:lineRule="auto"/>
            </w:pPr>
            <w:r>
              <w:rPr>
                <w:color w:val="888888"/>
                <w:sz w:val="18"/>
              </w:rPr>
              <w:t>________________________________________________________________________________</w:t>
            </w:r>
          </w:p>
          <w:p w14:paraId="0910E774" w14:textId="77777777" w:rsidR="009F5F92" w:rsidRDefault="00F36634">
            <w:pPr>
              <w:spacing w:after="20" w:line="240" w:lineRule="auto"/>
            </w:pPr>
            <w:r>
              <w:rPr>
                <w:color w:val="888888"/>
                <w:sz w:val="18"/>
              </w:rPr>
              <w:t>________________________________________________________________________________</w:t>
            </w:r>
          </w:p>
          <w:p w14:paraId="688C0004" w14:textId="77777777" w:rsidR="009F5F92" w:rsidRDefault="00F36634">
            <w:pPr>
              <w:spacing w:after="20" w:line="240" w:lineRule="auto"/>
            </w:pPr>
            <w:r>
              <w:rPr>
                <w:color w:val="888888"/>
                <w:sz w:val="18"/>
              </w:rPr>
              <w:t>________________________________________________________________________________</w:t>
            </w:r>
          </w:p>
        </w:tc>
      </w:tr>
      <w:tr w:rsidR="009F5F92" w14:paraId="3D9E7807" w14:textId="77777777">
        <w:tc>
          <w:tcPr>
            <w:tcW w:w="9972" w:type="dxa"/>
            <w:tcBorders>
              <w:top w:val="single" w:sz="5" w:space="0" w:color="A6A6A6"/>
              <w:left w:val="single" w:sz="5" w:space="0" w:color="A6A6A6"/>
              <w:bottom w:val="single" w:sz="5" w:space="0" w:color="A6A6A6"/>
              <w:right w:val="single" w:sz="5" w:space="0" w:color="A6A6A6"/>
            </w:tcBorders>
            <w:tcMar>
              <w:top w:w="70" w:type="dxa"/>
              <w:left w:w="90" w:type="dxa"/>
              <w:bottom w:w="70" w:type="dxa"/>
              <w:right w:w="90" w:type="dxa"/>
            </w:tcMar>
          </w:tcPr>
          <w:p w14:paraId="61E45FCD" w14:textId="77777777" w:rsidR="009F5F92" w:rsidRDefault="00F36634">
            <w:r>
              <w:rPr>
                <w:rFonts w:ascii="Arial" w:hAnsi="Arial"/>
                <w:b/>
                <w:color w:val="4F7F45"/>
                <w:sz w:val="20"/>
              </w:rPr>
              <w:t>Hvornår følger vi op?</w:t>
            </w:r>
          </w:p>
          <w:p w14:paraId="113C2D11" w14:textId="77777777" w:rsidR="009F5F92" w:rsidRDefault="00F36634">
            <w:pPr>
              <w:spacing w:after="20" w:line="240" w:lineRule="auto"/>
            </w:pPr>
            <w:r>
              <w:rPr>
                <w:color w:val="888888"/>
                <w:sz w:val="18"/>
              </w:rPr>
              <w:t>________________________________________________________________________________</w:t>
            </w:r>
          </w:p>
          <w:p w14:paraId="4C99A6BD" w14:textId="77777777" w:rsidR="009F5F92" w:rsidRDefault="00F36634">
            <w:pPr>
              <w:spacing w:after="20" w:line="240" w:lineRule="auto"/>
            </w:pPr>
            <w:r>
              <w:rPr>
                <w:color w:val="888888"/>
                <w:sz w:val="18"/>
              </w:rPr>
              <w:t>________________________________________________________________________________</w:t>
            </w:r>
          </w:p>
        </w:tc>
      </w:tr>
    </w:tbl>
    <w:p w14:paraId="036F7672" w14:textId="77777777" w:rsidR="009F5F92" w:rsidRDefault="00F36634">
      <w:r>
        <w:br w:type="page"/>
      </w:r>
    </w:p>
    <w:p w14:paraId="661F94FB" w14:textId="77777777" w:rsidR="009F5F92" w:rsidRDefault="00F36634">
      <w:pPr>
        <w:keepNext/>
        <w:spacing w:before="180" w:after="100"/>
      </w:pPr>
      <w:r>
        <w:rPr>
          <w:rFonts w:ascii="Arial" w:hAnsi="Arial"/>
          <w:b/>
          <w:color w:val="4F7F45"/>
          <w:sz w:val="33"/>
        </w:rPr>
        <w:lastRenderedPageBreak/>
        <w:t>9. Efter værkstedet - fra output til handling</w:t>
      </w:r>
    </w:p>
    <w:p w14:paraId="64A34968" w14:textId="77777777" w:rsidR="009F5F92" w:rsidRDefault="00F36634">
      <w:pPr>
        <w:keepNext/>
        <w:spacing w:before="140" w:after="60"/>
      </w:pPr>
      <w:r>
        <w:rPr>
          <w:rFonts w:ascii="Arial" w:hAnsi="Arial"/>
          <w:b/>
          <w:color w:val="4F7F45"/>
          <w:sz w:val="25"/>
        </w:rPr>
        <w:t>Dokumentation samme dag</w:t>
      </w:r>
    </w:p>
    <w:p w14:paraId="67440E05" w14:textId="77777777" w:rsidR="009F5F92" w:rsidRDefault="00F36634">
      <w:pPr>
        <w:pStyle w:val="Opstilling-punkttegn"/>
        <w:spacing w:after="50"/>
        <w:ind w:left="312" w:hanging="142"/>
      </w:pPr>
      <w:r>
        <w:rPr>
          <w:color w:val="404040"/>
        </w:rPr>
        <w:t>Fotografér alle A3-ark, flipovers og klynger af post-it-sedler, før noget pakkes ned.</w:t>
      </w:r>
    </w:p>
    <w:p w14:paraId="38DABD98" w14:textId="77777777" w:rsidR="009F5F92" w:rsidRDefault="00F36634">
      <w:pPr>
        <w:pStyle w:val="Opstilling-punkttegn"/>
        <w:spacing w:after="50"/>
        <w:ind w:left="312" w:hanging="142"/>
      </w:pPr>
      <w:r>
        <w:rPr>
          <w:color w:val="404040"/>
        </w:rPr>
        <w:t>Saml realiseringsark særskilt og kontrollér, at kontaktoplysninger er læselige, hvor deltagere frivilligt har skrevet sig på.</w:t>
      </w:r>
    </w:p>
    <w:p w14:paraId="3AA839A6" w14:textId="77777777" w:rsidR="009F5F92" w:rsidRDefault="00F36634">
      <w:pPr>
        <w:pStyle w:val="Opstilling-punkttegn"/>
        <w:spacing w:after="50"/>
        <w:ind w:left="312" w:hanging="142"/>
      </w:pPr>
      <w:r>
        <w:rPr>
          <w:color w:val="404040"/>
        </w:rPr>
        <w:t>Notér væsentlige pointer fra plenumsopsamlingen, som ikke fremgår af arkene.</w:t>
      </w:r>
    </w:p>
    <w:p w14:paraId="62B86F71" w14:textId="77777777" w:rsidR="009F5F92" w:rsidRDefault="00F36634">
      <w:pPr>
        <w:keepNext/>
        <w:spacing w:before="140" w:after="60"/>
      </w:pPr>
      <w:r>
        <w:rPr>
          <w:rFonts w:ascii="Arial" w:hAnsi="Arial"/>
          <w:b/>
          <w:color w:val="4F7F45"/>
          <w:sz w:val="25"/>
        </w:rPr>
        <w:t>Opsamling inden for 1-5 dage</w:t>
      </w:r>
    </w:p>
    <w:p w14:paraId="58982F98" w14:textId="77777777" w:rsidR="009F5F92" w:rsidRDefault="00F36634">
      <w:pPr>
        <w:pStyle w:val="Opstilling-punkttegn"/>
        <w:spacing w:after="50"/>
        <w:ind w:left="312" w:hanging="142"/>
      </w:pPr>
      <w:r>
        <w:rPr>
          <w:color w:val="404040"/>
        </w:rPr>
        <w:t>Digitalisér forslagene og gruppér dem efter tema.</w:t>
      </w:r>
    </w:p>
    <w:p w14:paraId="6166C97C" w14:textId="77777777" w:rsidR="009F5F92" w:rsidRDefault="00F36634">
      <w:pPr>
        <w:pStyle w:val="Opstilling-punkttegn"/>
        <w:spacing w:after="50"/>
        <w:ind w:left="312" w:hanging="142"/>
      </w:pPr>
      <w:r>
        <w:rPr>
          <w:color w:val="404040"/>
        </w:rPr>
        <w:t>Skeln mellem idéer, som har en konkret initiativgruppe, og idéer som endnu ikke har nogen ejer.</w:t>
      </w:r>
    </w:p>
    <w:p w14:paraId="3F4C9022" w14:textId="77777777" w:rsidR="009F5F92" w:rsidRDefault="00F36634">
      <w:pPr>
        <w:pStyle w:val="Opstilling-punkttegn"/>
        <w:spacing w:after="50"/>
        <w:ind w:left="312" w:hanging="142"/>
      </w:pPr>
      <w:r>
        <w:rPr>
          <w:color w:val="404040"/>
        </w:rPr>
        <w:t>Send en kort tak og opsamling til deltagerne med den aftalte videre proces.</w:t>
      </w:r>
    </w:p>
    <w:p w14:paraId="77424C61" w14:textId="77777777" w:rsidR="009F5F92" w:rsidRDefault="00F36634">
      <w:pPr>
        <w:pStyle w:val="Opstilling-punkttegn"/>
        <w:spacing w:after="50"/>
        <w:ind w:left="312" w:hanging="142"/>
      </w:pPr>
      <w:r>
        <w:rPr>
          <w:color w:val="404040"/>
        </w:rPr>
        <w:t>Kontakt personer, der har meldt sig til at arbejde videre, og hjælp dem med at aftale første møde eller første handling.</w:t>
      </w:r>
    </w:p>
    <w:p w14:paraId="457911E2" w14:textId="77777777" w:rsidR="009F5F92" w:rsidRDefault="00F36634">
      <w:pPr>
        <w:keepNext/>
        <w:spacing w:before="140" w:after="60"/>
      </w:pPr>
      <w:r>
        <w:rPr>
          <w:rFonts w:ascii="Arial" w:hAnsi="Arial"/>
          <w:b/>
          <w:color w:val="4F7F45"/>
          <w:sz w:val="25"/>
        </w:rPr>
        <w:t>Indarbejdelse i udviklingsplanen</w:t>
      </w:r>
    </w:p>
    <w:p w14:paraId="50AFF3A0" w14:textId="77777777" w:rsidR="009F5F92" w:rsidRDefault="00F36634">
      <w:pPr>
        <w:spacing w:after="80" w:line="259" w:lineRule="auto"/>
      </w:pPr>
      <w:r>
        <w:rPr>
          <w:color w:val="404040"/>
          <w:sz w:val="20"/>
        </w:rPr>
        <w:t>Brug materialet fra fremtidsværkstedet sammen med landsbykortlægning, spørgeskema og øvrige lokale input. Vær tydelig om, hvilke forslag der er direkte borgerinput, hvilke der er prioriteret på værkstedet, og hvad der eventuelt kræver yderligere afklaring.</w:t>
      </w:r>
    </w:p>
    <w:tbl>
      <w:tblPr>
        <w:tblW w:w="0" w:type="auto"/>
        <w:jc w:val="center"/>
        <w:tblLayout w:type="fixed"/>
        <w:tblLook w:val="04A0" w:firstRow="1" w:lastRow="0" w:firstColumn="1" w:lastColumn="0" w:noHBand="0" w:noVBand="1"/>
      </w:tblPr>
      <w:tblGrid>
        <w:gridCol w:w="2891"/>
        <w:gridCol w:w="2608"/>
        <w:gridCol w:w="2098"/>
        <w:gridCol w:w="1814"/>
      </w:tblGrid>
      <w:tr w:rsidR="009F5F92" w14:paraId="776D1DC7" w14:textId="77777777">
        <w:trPr>
          <w:tblHeader/>
          <w:jc w:val="center"/>
        </w:trPr>
        <w:tc>
          <w:tcPr>
            <w:tcW w:w="2891"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92229E1" w14:textId="77777777" w:rsidR="009F5F92" w:rsidRDefault="00F36634">
            <w:pPr>
              <w:spacing w:after="30" w:line="240" w:lineRule="auto"/>
            </w:pPr>
            <w:r>
              <w:rPr>
                <w:b/>
                <w:color w:val="404040"/>
                <w:sz w:val="17"/>
              </w:rPr>
              <w:t>Initiativ / idé</w:t>
            </w:r>
          </w:p>
        </w:tc>
        <w:tc>
          <w:tcPr>
            <w:tcW w:w="2608"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7EAD4DAA" w14:textId="77777777" w:rsidR="009F5F92" w:rsidRDefault="00F36634">
            <w:pPr>
              <w:spacing w:after="30" w:line="240" w:lineRule="auto"/>
            </w:pPr>
            <w:r>
              <w:rPr>
                <w:b/>
                <w:color w:val="404040"/>
                <w:sz w:val="17"/>
              </w:rPr>
              <w:t>Første skridt</w:t>
            </w:r>
          </w:p>
        </w:tc>
        <w:tc>
          <w:tcPr>
            <w:tcW w:w="2098"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5989640C" w14:textId="77777777" w:rsidR="009F5F92" w:rsidRDefault="00F36634">
            <w:pPr>
              <w:spacing w:after="30" w:line="240" w:lineRule="auto"/>
            </w:pPr>
            <w:r>
              <w:rPr>
                <w:b/>
                <w:color w:val="404040"/>
                <w:sz w:val="17"/>
              </w:rPr>
              <w:t>Kontakt / initiativgruppe</w:t>
            </w:r>
          </w:p>
        </w:tc>
        <w:tc>
          <w:tcPr>
            <w:tcW w:w="1814" w:type="dxa"/>
            <w:tcBorders>
              <w:top w:val="single" w:sz="5" w:space="0" w:color="A6A6A6"/>
              <w:left w:val="single" w:sz="5" w:space="0" w:color="A6A6A6"/>
              <w:bottom w:val="single" w:sz="5" w:space="0" w:color="A6A6A6"/>
              <w:right w:val="single" w:sz="5" w:space="0" w:color="A6A6A6"/>
            </w:tcBorders>
            <w:shd w:val="clear" w:color="auto" w:fill="E9F1E7"/>
            <w:tcMar>
              <w:top w:w="55" w:type="dxa"/>
              <w:left w:w="70" w:type="dxa"/>
              <w:bottom w:w="55" w:type="dxa"/>
              <w:right w:w="70" w:type="dxa"/>
            </w:tcMar>
          </w:tcPr>
          <w:p w14:paraId="06D012C7" w14:textId="77777777" w:rsidR="009F5F92" w:rsidRDefault="00F36634">
            <w:pPr>
              <w:spacing w:after="30" w:line="240" w:lineRule="auto"/>
            </w:pPr>
            <w:r>
              <w:rPr>
                <w:b/>
                <w:color w:val="404040"/>
                <w:sz w:val="17"/>
              </w:rPr>
              <w:t>Næste opfølgning</w:t>
            </w:r>
          </w:p>
        </w:tc>
      </w:tr>
      <w:tr w:rsidR="009F5F92" w14:paraId="27CD6A18"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01C520E"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984B92E"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3C0E83D"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A9A2D6D" w14:textId="77777777" w:rsidR="009F5F92" w:rsidRDefault="009F5F92">
            <w:pPr>
              <w:spacing w:after="30" w:line="240" w:lineRule="auto"/>
            </w:pPr>
          </w:p>
        </w:tc>
      </w:tr>
      <w:tr w:rsidR="009F5F92" w14:paraId="492DAB95"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E6BD6BD"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A19D717"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C5D83AB"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A9109B2" w14:textId="77777777" w:rsidR="009F5F92" w:rsidRDefault="009F5F92">
            <w:pPr>
              <w:spacing w:after="30" w:line="240" w:lineRule="auto"/>
            </w:pPr>
          </w:p>
        </w:tc>
      </w:tr>
      <w:tr w:rsidR="009F5F92" w14:paraId="45000B0C"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81C5CA0"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31A5CBC"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56486D1"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C94D6C5" w14:textId="77777777" w:rsidR="009F5F92" w:rsidRDefault="009F5F92">
            <w:pPr>
              <w:spacing w:after="30" w:line="240" w:lineRule="auto"/>
            </w:pPr>
          </w:p>
        </w:tc>
      </w:tr>
      <w:tr w:rsidR="009F5F92" w14:paraId="6EE18635"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DB4B024"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7D61452"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AD64CF4"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A530B33" w14:textId="77777777" w:rsidR="009F5F92" w:rsidRDefault="009F5F92">
            <w:pPr>
              <w:spacing w:after="30" w:line="240" w:lineRule="auto"/>
            </w:pPr>
          </w:p>
        </w:tc>
      </w:tr>
      <w:tr w:rsidR="009F5F92" w14:paraId="0F34E411"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5CE6818F"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20530C8"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C2D165C"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8BFBFFC" w14:textId="77777777" w:rsidR="009F5F92" w:rsidRDefault="009F5F92">
            <w:pPr>
              <w:spacing w:after="30" w:line="240" w:lineRule="auto"/>
            </w:pPr>
          </w:p>
        </w:tc>
      </w:tr>
      <w:tr w:rsidR="009F5F92" w14:paraId="4B47A3EA"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B1E1885"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4C9F96EF"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16E28F7"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A2652EA" w14:textId="77777777" w:rsidR="009F5F92" w:rsidRDefault="009F5F92">
            <w:pPr>
              <w:spacing w:after="30" w:line="240" w:lineRule="auto"/>
            </w:pPr>
          </w:p>
        </w:tc>
      </w:tr>
      <w:tr w:rsidR="009F5F92" w14:paraId="51C4AD0B"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66817BC"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326344F7"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25597E04"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75442176" w14:textId="77777777" w:rsidR="009F5F92" w:rsidRDefault="009F5F92">
            <w:pPr>
              <w:spacing w:after="30" w:line="240" w:lineRule="auto"/>
            </w:pPr>
          </w:p>
        </w:tc>
      </w:tr>
      <w:tr w:rsidR="009F5F92" w14:paraId="33F31BA4" w14:textId="77777777">
        <w:trPr>
          <w:jc w:val="center"/>
        </w:trPr>
        <w:tc>
          <w:tcPr>
            <w:tcW w:w="2891"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012F5E89" w14:textId="77777777" w:rsidR="009F5F92" w:rsidRDefault="009F5F92">
            <w:pPr>
              <w:spacing w:after="30" w:line="240" w:lineRule="auto"/>
            </w:pPr>
          </w:p>
        </w:tc>
        <w:tc>
          <w:tcPr>
            <w:tcW w:w="260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14A5197" w14:textId="77777777" w:rsidR="009F5F92" w:rsidRDefault="009F5F92">
            <w:pPr>
              <w:spacing w:after="30" w:line="240" w:lineRule="auto"/>
            </w:pPr>
          </w:p>
        </w:tc>
        <w:tc>
          <w:tcPr>
            <w:tcW w:w="2098"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6B28BA96" w14:textId="77777777" w:rsidR="009F5F92" w:rsidRDefault="009F5F92">
            <w:pPr>
              <w:spacing w:after="30" w:line="240" w:lineRule="auto"/>
            </w:pPr>
          </w:p>
        </w:tc>
        <w:tc>
          <w:tcPr>
            <w:tcW w:w="1814" w:type="dxa"/>
            <w:tcBorders>
              <w:top w:val="single" w:sz="5" w:space="0" w:color="A6A6A6"/>
              <w:left w:val="single" w:sz="5" w:space="0" w:color="A6A6A6"/>
              <w:bottom w:val="single" w:sz="5" w:space="0" w:color="A6A6A6"/>
              <w:right w:val="single" w:sz="5" w:space="0" w:color="A6A6A6"/>
            </w:tcBorders>
            <w:tcMar>
              <w:top w:w="55" w:type="dxa"/>
              <w:left w:w="70" w:type="dxa"/>
              <w:bottom w:w="55" w:type="dxa"/>
              <w:right w:w="70" w:type="dxa"/>
            </w:tcMar>
          </w:tcPr>
          <w:p w14:paraId="148B02B2" w14:textId="77777777" w:rsidR="009F5F92" w:rsidRDefault="009F5F92">
            <w:pPr>
              <w:spacing w:after="30" w:line="240" w:lineRule="auto"/>
            </w:pPr>
          </w:p>
        </w:tc>
      </w:tr>
    </w:tbl>
    <w:p w14:paraId="1078262B" w14:textId="77777777" w:rsidR="009F5F92" w:rsidRDefault="00F36634">
      <w:pPr>
        <w:keepNext/>
        <w:spacing w:before="180" w:after="100"/>
      </w:pPr>
      <w:r>
        <w:rPr>
          <w:rFonts w:ascii="Arial" w:hAnsi="Arial"/>
          <w:b/>
          <w:color w:val="4F7F45"/>
          <w:sz w:val="33"/>
        </w:rPr>
        <w:t>10. Kort evaluering af processen</w:t>
      </w:r>
    </w:p>
    <w:p w14:paraId="6C5CECF3" w14:textId="77777777" w:rsidR="009F5F92" w:rsidRDefault="00F36634">
      <w:pPr>
        <w:spacing w:after="80" w:line="259" w:lineRule="auto"/>
      </w:pPr>
      <w:r>
        <w:rPr>
          <w:color w:val="404040"/>
          <w:sz w:val="20"/>
        </w:rPr>
        <w:t>Efter værkstedet kan arrangørgruppen bruge nedenstående spørgsmål til en 10-minutters intern evaluering:</w:t>
      </w:r>
    </w:p>
    <w:p w14:paraId="43FB225C" w14:textId="77777777" w:rsidR="009F5F92" w:rsidRDefault="00F36634">
      <w:pPr>
        <w:pStyle w:val="Opstilling-punkttegn"/>
        <w:spacing w:after="50"/>
        <w:ind w:left="312" w:hanging="142"/>
      </w:pPr>
      <w:r>
        <w:rPr>
          <w:color w:val="404040"/>
        </w:rPr>
        <w:t>Fik vi en bred nok deltagelse - og hvem manglede?</w:t>
      </w:r>
    </w:p>
    <w:p w14:paraId="1461F579" w14:textId="77777777" w:rsidR="009F5F92" w:rsidRDefault="00F36634">
      <w:pPr>
        <w:pStyle w:val="Opstilling-punkttegn"/>
        <w:spacing w:after="50"/>
        <w:ind w:left="312" w:hanging="142"/>
      </w:pPr>
      <w:r>
        <w:rPr>
          <w:color w:val="404040"/>
        </w:rPr>
        <w:t>Kom alle stemmer nogenlunde til orde?</w:t>
      </w:r>
    </w:p>
    <w:p w14:paraId="0D12D277" w14:textId="77777777" w:rsidR="009F5F92" w:rsidRDefault="00F36634">
      <w:pPr>
        <w:pStyle w:val="Opstilling-punkttegn"/>
        <w:spacing w:after="50"/>
        <w:ind w:left="312" w:hanging="142"/>
      </w:pPr>
      <w:r>
        <w:rPr>
          <w:color w:val="404040"/>
        </w:rPr>
        <w:t>Var udfordringsbilledet tydeligt uden at blive styrende for løsningerne?</w:t>
      </w:r>
    </w:p>
    <w:p w14:paraId="2620D8DA" w14:textId="77777777" w:rsidR="009F5F92" w:rsidRDefault="00F36634">
      <w:pPr>
        <w:pStyle w:val="Opstilling-punkttegn"/>
        <w:spacing w:after="50"/>
        <w:ind w:left="312" w:hanging="142"/>
      </w:pPr>
      <w:r>
        <w:rPr>
          <w:color w:val="404040"/>
        </w:rPr>
        <w:t>Lykkedes det at holde utopifasen fri for for tidlig realisme?</w:t>
      </w:r>
    </w:p>
    <w:p w14:paraId="552BF0D2" w14:textId="77777777" w:rsidR="009F5F92" w:rsidRDefault="00F36634">
      <w:pPr>
        <w:pStyle w:val="Opstilling-punkttegn"/>
        <w:spacing w:after="50"/>
        <w:ind w:left="312" w:hanging="142"/>
      </w:pPr>
      <w:r>
        <w:rPr>
          <w:color w:val="404040"/>
        </w:rPr>
        <w:t>Er de valgte initiativer konkrete nok til, at nogen kan handle på dem?</w:t>
      </w:r>
    </w:p>
    <w:p w14:paraId="11C28906" w14:textId="77777777" w:rsidR="009F5F92" w:rsidRDefault="00F36634">
      <w:pPr>
        <w:pStyle w:val="Opstilling-punkttegn"/>
        <w:spacing w:after="50"/>
        <w:ind w:left="312" w:hanging="142"/>
      </w:pPr>
      <w:r>
        <w:rPr>
          <w:color w:val="404040"/>
        </w:rPr>
        <w:t>Er det tydeligt, hvem der gør hvad og hvornår næste kontakt sker?</w:t>
      </w:r>
    </w:p>
    <w:p w14:paraId="6F0F71C2" w14:textId="77777777" w:rsidR="009F5F92" w:rsidRDefault="00F36634">
      <w:pPr>
        <w:pStyle w:val="Opstilling-punkttegn"/>
        <w:spacing w:after="50"/>
        <w:ind w:left="312" w:hanging="142"/>
      </w:pPr>
      <w:r>
        <w:rPr>
          <w:color w:val="404040"/>
        </w:rPr>
        <w:t>Hvad bør vi ændre næste gang?</w:t>
      </w:r>
    </w:p>
    <w:sectPr w:rsidR="009F5F92" w:rsidSect="00034616">
      <w:headerReference w:type="default" r:id="rId8"/>
      <w:footerReference w:type="default" r:id="rId9"/>
      <w:pgSz w:w="12240" w:h="15840"/>
      <w:pgMar w:top="1276" w:right="1134" w:bottom="1191"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2C89" w14:textId="77777777" w:rsidR="00F36634" w:rsidRDefault="00F36634">
      <w:pPr>
        <w:spacing w:after="0" w:line="240" w:lineRule="auto"/>
      </w:pPr>
      <w:r>
        <w:separator/>
      </w:r>
    </w:p>
  </w:endnote>
  <w:endnote w:type="continuationSeparator" w:id="0">
    <w:p w14:paraId="28B4F558" w14:textId="77777777" w:rsidR="00F36634" w:rsidRDefault="00F36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423A" w14:textId="77777777" w:rsidR="009F5F92" w:rsidRDefault="009F5F92">
    <w:pPr>
      <w:pStyle w:val="Sidefod"/>
    </w:pPr>
  </w:p>
  <w:tbl>
    <w:tblPr>
      <w:tblW w:w="0" w:type="auto"/>
      <w:tblLook w:val="04A0" w:firstRow="1" w:lastRow="0" w:firstColumn="1" w:lastColumn="0" w:noHBand="0" w:noVBand="1"/>
    </w:tblPr>
    <w:tblGrid>
      <w:gridCol w:w="3213"/>
      <w:gridCol w:w="3213"/>
      <w:gridCol w:w="3213"/>
    </w:tblGrid>
    <w:tr w:rsidR="009F5F92" w14:paraId="4706316C" w14:textId="77777777">
      <w:tc>
        <w:tcPr>
          <w:tcW w:w="3213" w:type="dxa"/>
          <w:tcBorders>
            <w:top w:val="nil"/>
            <w:left w:val="nil"/>
            <w:bottom w:val="nil"/>
            <w:right w:val="nil"/>
          </w:tcBorders>
          <w:tcMar>
            <w:top w:w="0" w:type="dxa"/>
            <w:left w:w="0" w:type="dxa"/>
            <w:bottom w:w="0" w:type="dxa"/>
            <w:right w:w="0" w:type="dxa"/>
          </w:tcMar>
        </w:tcPr>
        <w:p w14:paraId="7A056F40" w14:textId="77777777" w:rsidR="009F5F92" w:rsidRDefault="00F36634">
          <w:r>
            <w:rPr>
              <w:noProof/>
            </w:rPr>
            <w:drawing>
              <wp:inline distT="0" distB="0" distL="0" distR="0" wp14:anchorId="39DE478B" wp14:editId="1F6B69FA">
                <wp:extent cx="1332000" cy="263926"/>
                <wp:effectExtent l="0" t="0" r="0" b="0"/>
                <wp:docPr id="114502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1332000" cy="263926"/>
                        </a:xfrm>
                        <a:prstGeom prst="rect">
                          <a:avLst/>
                        </a:prstGeom>
                      </pic:spPr>
                    </pic:pic>
                  </a:graphicData>
                </a:graphic>
              </wp:inline>
            </w:drawing>
          </w:r>
        </w:p>
      </w:tc>
      <w:tc>
        <w:tcPr>
          <w:tcW w:w="3213" w:type="dxa"/>
          <w:tcBorders>
            <w:top w:val="nil"/>
            <w:left w:val="nil"/>
            <w:bottom w:val="nil"/>
            <w:right w:val="nil"/>
          </w:tcBorders>
          <w:tcMar>
            <w:top w:w="0" w:type="dxa"/>
            <w:left w:w="0" w:type="dxa"/>
            <w:bottom w:w="0" w:type="dxa"/>
            <w:right w:w="0" w:type="dxa"/>
          </w:tcMar>
        </w:tcPr>
        <w:p w14:paraId="3D89F5B1" w14:textId="77777777" w:rsidR="009F5F92" w:rsidRDefault="00F36634">
          <w:pPr>
            <w:jc w:val="center"/>
          </w:pPr>
          <w:proofErr w:type="spellStart"/>
          <w:r>
            <w:rPr>
              <w:color w:val="666666"/>
              <w:sz w:val="16"/>
            </w:rPr>
            <w:t>Fremtidsværksted</w:t>
          </w:r>
          <w:proofErr w:type="spellEnd"/>
          <w:r>
            <w:rPr>
              <w:color w:val="666666"/>
              <w:sz w:val="16"/>
            </w:rPr>
            <w:t xml:space="preserve"> </w:t>
          </w:r>
          <w:proofErr w:type="spellStart"/>
          <w:r>
            <w:rPr>
              <w:color w:val="666666"/>
              <w:sz w:val="16"/>
            </w:rPr>
            <w:t>i</w:t>
          </w:r>
          <w:proofErr w:type="spellEnd"/>
          <w:r>
            <w:rPr>
              <w:color w:val="666666"/>
              <w:sz w:val="16"/>
            </w:rPr>
            <w:t xml:space="preserve"> [LANDSBYNAVN] · [KOMMUNE]</w:t>
          </w:r>
        </w:p>
      </w:tc>
      <w:tc>
        <w:tcPr>
          <w:tcW w:w="3213" w:type="dxa"/>
          <w:tcBorders>
            <w:top w:val="nil"/>
            <w:left w:val="nil"/>
            <w:bottom w:val="nil"/>
            <w:right w:val="nil"/>
          </w:tcBorders>
          <w:tcMar>
            <w:top w:w="0" w:type="dxa"/>
            <w:left w:w="0" w:type="dxa"/>
            <w:bottom w:w="0" w:type="dxa"/>
            <w:right w:w="0" w:type="dxa"/>
          </w:tcMar>
        </w:tcPr>
        <w:p w14:paraId="70A3627C" w14:textId="77777777" w:rsidR="009F5F92" w:rsidRDefault="00F36634">
          <w:pPr>
            <w:jc w:val="right"/>
          </w:pPr>
          <w:r>
            <w:rPr>
              <w:color w:val="404040"/>
              <w:sz w:val="17"/>
            </w:rPr>
            <w:t xml:space="preserve">Side </w:t>
          </w:r>
          <w:r>
            <w:rPr>
              <w:color w:val="404040"/>
              <w:sz w:val="17"/>
            </w:rPr>
            <w:fldChar w:fldCharType="begin"/>
          </w:r>
          <w:r>
            <w:rPr>
              <w:color w:val="404040"/>
              <w:sz w:val="17"/>
            </w:rPr>
            <w:instrText xml:space="preserve"> PAGE </w:instrText>
          </w:r>
          <w:r w:rsidR="00233827">
            <w:rPr>
              <w:color w:val="404040"/>
              <w:sz w:val="17"/>
            </w:rPr>
            <w:fldChar w:fldCharType="separate"/>
          </w:r>
          <w:r w:rsidR="00233827">
            <w:rPr>
              <w:noProof/>
              <w:color w:val="404040"/>
              <w:sz w:val="17"/>
            </w:rPr>
            <w:t>1</w:t>
          </w:r>
          <w:r>
            <w:rPr>
              <w:color w:val="404040"/>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4814" w14:textId="77777777" w:rsidR="00F36634" w:rsidRDefault="00F36634">
      <w:pPr>
        <w:spacing w:after="0" w:line="240" w:lineRule="auto"/>
      </w:pPr>
      <w:r>
        <w:separator/>
      </w:r>
    </w:p>
  </w:footnote>
  <w:footnote w:type="continuationSeparator" w:id="0">
    <w:p w14:paraId="6252ECB7" w14:textId="77777777" w:rsidR="00F36634" w:rsidRDefault="00F36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B2B6" w14:textId="77777777" w:rsidR="009F5F92" w:rsidRDefault="00F36634">
    <w:pPr>
      <w:pStyle w:val="Sidehoved"/>
      <w:jc w:val="right"/>
    </w:pPr>
    <w:r>
      <w:rPr>
        <w:noProof/>
      </w:rPr>
      <w:drawing>
        <wp:inline distT="0" distB="0" distL="0" distR="0" wp14:anchorId="5F9B3DBB" wp14:editId="619C07A6">
          <wp:extent cx="1440000" cy="4975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440000" cy="4975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882402690">
    <w:abstractNumId w:val="8"/>
  </w:num>
  <w:num w:numId="2" w16cid:durableId="296565447">
    <w:abstractNumId w:val="6"/>
  </w:num>
  <w:num w:numId="3" w16cid:durableId="384455005">
    <w:abstractNumId w:val="5"/>
  </w:num>
  <w:num w:numId="4" w16cid:durableId="1887182284">
    <w:abstractNumId w:val="4"/>
  </w:num>
  <w:num w:numId="5" w16cid:durableId="698552961">
    <w:abstractNumId w:val="7"/>
  </w:num>
  <w:num w:numId="6" w16cid:durableId="1130628199">
    <w:abstractNumId w:val="3"/>
  </w:num>
  <w:num w:numId="7" w16cid:durableId="1212957550">
    <w:abstractNumId w:val="2"/>
  </w:num>
  <w:num w:numId="8" w16cid:durableId="1843281064">
    <w:abstractNumId w:val="1"/>
  </w:num>
  <w:num w:numId="9" w16cid:durableId="1561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3827"/>
    <w:rsid w:val="0029639D"/>
    <w:rsid w:val="00326F90"/>
    <w:rsid w:val="004532BE"/>
    <w:rsid w:val="009F5F92"/>
    <w:rsid w:val="00AA1D8D"/>
    <w:rsid w:val="00B47730"/>
    <w:rsid w:val="00CB0664"/>
    <w:rsid w:val="00F366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D78144"/>
  <w14:defaultImageDpi w14:val="300"/>
  <w15:docId w15:val="{D345195F-4098-4400-9509-3422ACB2E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hAnsi="Cambria"/>
      <w:sz w:val="21"/>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rPr>
      <w:sz w:val="20"/>
    </w:r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rPr>
      <w:sz w:val="20"/>
    </w:r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44DE41B54F195F4D87A5D7C8E5E3C8DD" ma:contentTypeVersion="16" ma:contentTypeDescription="Opret et nyt dokument." ma:contentTypeScope="" ma:versionID="ca9375aae7e7185ba6adfbdf0c279c3d">
  <xsd:schema xmlns:xsd="http://www.w3.org/2001/XMLSchema" xmlns:xs="http://www.w3.org/2001/XMLSchema" xmlns:p="http://schemas.microsoft.com/office/2006/metadata/properties" xmlns:ns2="1b0c7d6f-6cae-4a45-bd99-fb972ad887fa" xmlns:ns3="8fffa5b7-97ed-4aef-b19a-b011bbe20875" targetNamespace="http://schemas.microsoft.com/office/2006/metadata/properties" ma:root="true" ma:fieldsID="023e93aa5409d5f5e09c05a27c456991" ns2:_="" ns3:_="">
    <xsd:import namespace="1b0c7d6f-6cae-4a45-bd99-fb972ad887fa"/>
    <xsd:import namespace="8fffa5b7-97ed-4aef-b19a-b011bbe2087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c7d6f-6cae-4a45-bd99-fb972ad887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ff936044-efbb-4852-8490-8d419ffa0c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ffa5b7-97ed-4aef-b19a-b011bbe2087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3aec6b-a5c0-40e7-89c3-3dc6b4e1c316}" ma:internalName="TaxCatchAll" ma:showField="CatchAllData" ma:web="8fffa5b7-97ed-4aef-b19a-b011bbe208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ffa5b7-97ed-4aef-b19a-b011bbe20875" xsi:nil="true"/>
    <lcf76f155ced4ddcb4097134ff3c332f xmlns="1b0c7d6f-6cae-4a45-bd99-fb972ad887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FBBA777-3EB6-4AD4-B780-A70B24A998AA}"/>
</file>

<file path=customXml/itemProps3.xml><?xml version="1.0" encoding="utf-8"?>
<ds:datastoreItem xmlns:ds="http://schemas.openxmlformats.org/officeDocument/2006/customXml" ds:itemID="{3DB362CB-47D4-44FE-9F64-99053822BADA}"/>
</file>

<file path=customXml/itemProps4.xml><?xml version="1.0" encoding="utf-8"?>
<ds:datastoreItem xmlns:ds="http://schemas.openxmlformats.org/officeDocument/2006/customXml" ds:itemID="{056B9014-C995-4C8B-BDE7-C720975AE434}"/>
</file>

<file path=docProps/app.xml><?xml version="1.0" encoding="utf-8"?>
<Properties xmlns="http://schemas.openxmlformats.org/officeDocument/2006/extended-properties" xmlns:vt="http://schemas.openxmlformats.org/officeDocument/2006/docPropsVTypes">
  <Template>Normal</Template>
  <TotalTime>0</TotalTime>
  <Pages>10</Pages>
  <Words>2314</Words>
  <Characters>14118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Marina Petersen</cp:lastModifiedBy>
  <cp:revision>2</cp:revision>
  <dcterms:created xsi:type="dcterms:W3CDTF">2026-09-10T12:04:00Z</dcterms:created>
  <dcterms:modified xsi:type="dcterms:W3CDTF">2026-09-10T12:04:00Z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0x01010044DE41B54F195F4D87A5D7C8E5E3C8DD</vt:lpwstr>
  </property>
  <property fmtid="{D5CDD505-2E9C-101B-9397-08002B2CF9AE}" pid="3" name="MediaServiceImageTags">
    <vt:lpwstr/>
  </property>
</Properties>
</file>